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4B3D" w:rsidRDefault="00194B3D">
      <w:pPr>
        <w:spacing w:after="60"/>
        <w:jc w:val="center"/>
        <w:rPr>
          <w:rFonts w:ascii="Arial" w:hAnsi="Arial"/>
          <w:b/>
          <w:color w:val="153457"/>
          <w:sz w:val="20"/>
        </w:rPr>
      </w:pPr>
    </w:p>
    <w:p w:rsidR="009F6A28" w:rsidRPr="00194B3D" w:rsidRDefault="00000000">
      <w:pPr>
        <w:spacing w:after="60"/>
        <w:jc w:val="center"/>
        <w:rPr>
          <w:lang w:val="it-IT"/>
        </w:rPr>
      </w:pPr>
      <w:r w:rsidRPr="00194B3D">
        <w:rPr>
          <w:rFonts w:ascii="Arial" w:hAnsi="Arial"/>
          <w:b/>
          <w:color w:val="153457"/>
          <w:sz w:val="20"/>
          <w:lang w:val="it-IT"/>
        </w:rPr>
        <w:t>ALLEGATO E – ATTESTATO E VALUTAZIONE FINALE F.S.L.</w:t>
      </w:r>
    </w:p>
    <w:p w:rsidR="00194B3D" w:rsidRDefault="00194B3D">
      <w:pPr>
        <w:keepLines/>
        <w:spacing w:after="60"/>
        <w:rPr>
          <w:rFonts w:ascii="Arial" w:hAnsi="Arial"/>
          <w:sz w:val="18"/>
          <w:lang w:val="it-IT"/>
        </w:rPr>
      </w:pP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Tutor esterno</w:t>
      </w:r>
      <w:proofErr w:type="gramStart"/>
      <w:r w:rsidRPr="00194B3D">
        <w:rPr>
          <w:rFonts w:ascii="Arial" w:hAnsi="Arial"/>
          <w:sz w:val="18"/>
          <w:lang w:val="it-IT"/>
        </w:rPr>
        <w:t xml:space="preserve"> .…</w:t>
      </w:r>
      <w:proofErr w:type="gramEnd"/>
      <w:r w:rsidRPr="00194B3D">
        <w:rPr>
          <w:rFonts w:ascii="Arial" w:hAnsi="Arial"/>
          <w:sz w:val="18"/>
          <w:lang w:val="it-IT"/>
        </w:rPr>
        <w:t>………………………………………………………………………………………….</w:t>
      </w: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Figura professionale del tutor esterno: ………………………………………….</w:t>
      </w: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Docente tutor ……………………………………………………………………………………………………</w:t>
      </w: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 xml:space="preserve">Attività svolte e compiti assegnati: Gli studenti hanno svolto attività </w:t>
      </w:r>
      <w:proofErr w:type="gramStart"/>
      <w:r w:rsidRPr="00194B3D">
        <w:rPr>
          <w:rFonts w:ascii="Arial" w:hAnsi="Arial"/>
          <w:sz w:val="18"/>
          <w:lang w:val="it-IT"/>
        </w:rPr>
        <w:t>di :</w:t>
      </w:r>
      <w:proofErr w:type="gramEnd"/>
    </w:p>
    <w:p w:rsidR="009F6A28" w:rsidRPr="00194B3D" w:rsidRDefault="00000000">
      <w:pPr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_________________________________________________________________________________________</w:t>
      </w:r>
    </w:p>
    <w:p w:rsidR="00194B3D" w:rsidRDefault="00194B3D">
      <w:pPr>
        <w:keepLines/>
        <w:spacing w:after="60"/>
        <w:rPr>
          <w:rFonts w:ascii="Arial" w:hAnsi="Arial"/>
          <w:sz w:val="18"/>
          <w:lang w:val="it-IT"/>
        </w:rPr>
      </w:pPr>
    </w:p>
    <w:p w:rsidR="00194B3D" w:rsidRDefault="00194B3D">
      <w:pPr>
        <w:keepLines/>
        <w:spacing w:after="60"/>
        <w:rPr>
          <w:rFonts w:ascii="Arial" w:hAnsi="Arial"/>
          <w:sz w:val="18"/>
          <w:lang w:val="it-IT"/>
        </w:rPr>
      </w:pPr>
    </w:p>
    <w:p w:rsidR="00194B3D" w:rsidRDefault="00194B3D">
      <w:pPr>
        <w:keepLines/>
        <w:spacing w:after="60"/>
        <w:rPr>
          <w:rFonts w:ascii="Arial" w:hAnsi="Arial"/>
          <w:sz w:val="18"/>
          <w:lang w:val="it-IT"/>
        </w:rPr>
      </w:pP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Il periodo di permanenza in azienda è stato da voi giudicato</w:t>
      </w: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 xml:space="preserve">UTILE </w:t>
      </w:r>
      <w:r w:rsidRPr="00194B3D">
        <w:rPr>
          <w:rFonts w:ascii="Arial" w:hAnsi="Arial"/>
          <w:sz w:val="18"/>
          <w:lang w:val="it-IT"/>
        </w:rPr>
        <w:tab/>
      </w:r>
      <w:r w:rsidRPr="00194B3D">
        <w:rPr>
          <w:rFonts w:ascii="Arial" w:hAnsi="Arial"/>
          <w:sz w:val="18"/>
          <w:lang w:val="it-IT"/>
        </w:rPr>
        <w:tab/>
      </w:r>
      <w:r w:rsidRPr="00194B3D">
        <w:rPr>
          <w:rFonts w:ascii="Arial" w:hAnsi="Arial"/>
          <w:sz w:val="18"/>
          <w:lang w:val="it-IT"/>
        </w:rPr>
        <w:tab/>
      </w:r>
      <w:proofErr w:type="gramStart"/>
      <w:r w:rsidRPr="00194B3D">
        <w:rPr>
          <w:rFonts w:ascii="Arial" w:hAnsi="Arial"/>
          <w:sz w:val="18"/>
          <w:lang w:val="it-IT"/>
        </w:rPr>
        <w:t>SI  -</w:t>
      </w:r>
      <w:proofErr w:type="gramEnd"/>
      <w:r w:rsidRPr="00194B3D">
        <w:rPr>
          <w:rFonts w:ascii="Arial" w:hAnsi="Arial"/>
          <w:sz w:val="18"/>
          <w:lang w:val="it-IT"/>
        </w:rPr>
        <w:t xml:space="preserve"> NO</w:t>
      </w: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 xml:space="preserve">GRADITO </w:t>
      </w:r>
      <w:r w:rsidRPr="00194B3D">
        <w:rPr>
          <w:rFonts w:ascii="Arial" w:hAnsi="Arial"/>
          <w:sz w:val="18"/>
          <w:lang w:val="it-IT"/>
        </w:rPr>
        <w:tab/>
      </w:r>
      <w:r w:rsidRPr="00194B3D">
        <w:rPr>
          <w:rFonts w:ascii="Arial" w:hAnsi="Arial"/>
          <w:sz w:val="18"/>
          <w:lang w:val="it-IT"/>
        </w:rPr>
        <w:tab/>
      </w:r>
      <w:proofErr w:type="gramStart"/>
      <w:r w:rsidRPr="00194B3D">
        <w:rPr>
          <w:rFonts w:ascii="Arial" w:hAnsi="Arial"/>
          <w:sz w:val="18"/>
          <w:lang w:val="it-IT"/>
        </w:rPr>
        <w:t>SI  -</w:t>
      </w:r>
      <w:proofErr w:type="gramEnd"/>
      <w:r w:rsidRPr="00194B3D">
        <w:rPr>
          <w:rFonts w:ascii="Arial" w:hAnsi="Arial"/>
          <w:sz w:val="18"/>
          <w:lang w:val="it-IT"/>
        </w:rPr>
        <w:t xml:space="preserve"> NO</w:t>
      </w: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L’inserimento ha evidenziato particolari difficoltà da parte della struttura accogliente? NO - SI</w:t>
      </w: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Sono state evidenziate particolari carenza nella preparazione dello studente? NO - SI</w:t>
      </w: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Giudizio complessivo descrittivo</w:t>
      </w:r>
    </w:p>
    <w:p w:rsidR="009F6A28" w:rsidRPr="00194B3D" w:rsidRDefault="00000000">
      <w:pPr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_________________________________________________________________________________________</w:t>
      </w:r>
    </w:p>
    <w:p w:rsidR="0053305E" w:rsidRDefault="0053305E">
      <w:pPr>
        <w:keepLines/>
        <w:spacing w:after="60"/>
        <w:rPr>
          <w:rFonts w:ascii="Arial" w:hAnsi="Arial"/>
          <w:sz w:val="18"/>
          <w:lang w:val="it-IT"/>
        </w:rPr>
      </w:pPr>
    </w:p>
    <w:p w:rsidR="009F6A28" w:rsidRPr="00194B3D" w:rsidRDefault="00000000">
      <w:pPr>
        <w:keepLines/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Eventuali problemi o osservazioni</w:t>
      </w:r>
    </w:p>
    <w:p w:rsidR="009F6A28" w:rsidRPr="00194B3D" w:rsidRDefault="00000000">
      <w:pPr>
        <w:spacing w:after="60"/>
        <w:rPr>
          <w:lang w:val="it-IT"/>
        </w:rPr>
      </w:pPr>
      <w:r w:rsidRPr="00194B3D">
        <w:rPr>
          <w:rFonts w:ascii="Arial" w:hAnsi="Arial"/>
          <w:sz w:val="18"/>
          <w:lang w:val="it-IT"/>
        </w:rPr>
        <w:t>_________________________________________________________________________________________</w:t>
      </w:r>
    </w:p>
    <w:p w:rsidR="0053305E" w:rsidRDefault="0053305E">
      <w:pPr>
        <w:spacing w:after="60"/>
        <w:jc w:val="both"/>
        <w:rPr>
          <w:rFonts w:ascii="Arial" w:hAnsi="Arial"/>
          <w:sz w:val="16"/>
          <w:lang w:val="it-IT"/>
        </w:rPr>
      </w:pPr>
    </w:p>
    <w:p w:rsidR="0053305E" w:rsidRDefault="0053305E">
      <w:pPr>
        <w:spacing w:after="60"/>
        <w:jc w:val="both"/>
        <w:rPr>
          <w:rFonts w:ascii="Arial" w:hAnsi="Arial"/>
          <w:sz w:val="16"/>
          <w:lang w:val="it-IT"/>
        </w:rPr>
      </w:pPr>
    </w:p>
    <w:p w:rsidR="0053305E" w:rsidRDefault="0053305E">
      <w:pPr>
        <w:spacing w:after="60"/>
        <w:jc w:val="both"/>
        <w:rPr>
          <w:rFonts w:ascii="Arial" w:hAnsi="Arial"/>
          <w:sz w:val="16"/>
          <w:lang w:val="it-IT"/>
        </w:rPr>
      </w:pPr>
    </w:p>
    <w:p w:rsidR="0053305E" w:rsidRDefault="0053305E">
      <w:pPr>
        <w:spacing w:after="60"/>
        <w:jc w:val="both"/>
        <w:rPr>
          <w:rFonts w:ascii="Arial" w:hAnsi="Arial"/>
          <w:sz w:val="16"/>
          <w:lang w:val="it-IT"/>
        </w:rPr>
      </w:pPr>
    </w:p>
    <w:p w:rsidR="0053305E" w:rsidRDefault="0053305E">
      <w:pPr>
        <w:spacing w:after="60"/>
        <w:jc w:val="both"/>
        <w:rPr>
          <w:rFonts w:ascii="Arial" w:hAnsi="Arial"/>
          <w:sz w:val="16"/>
          <w:lang w:val="it-IT"/>
        </w:rPr>
      </w:pPr>
    </w:p>
    <w:p w:rsidR="0053305E" w:rsidRDefault="0053305E">
      <w:pPr>
        <w:spacing w:after="60"/>
        <w:jc w:val="both"/>
        <w:rPr>
          <w:rFonts w:ascii="Arial" w:hAnsi="Arial"/>
          <w:sz w:val="16"/>
          <w:lang w:val="it-IT"/>
        </w:rPr>
      </w:pPr>
    </w:p>
    <w:p w:rsidR="009F6A28" w:rsidRPr="00194B3D" w:rsidRDefault="00000000">
      <w:pPr>
        <w:spacing w:after="60"/>
        <w:jc w:val="both"/>
        <w:rPr>
          <w:lang w:val="it-IT"/>
        </w:rPr>
      </w:pPr>
      <w:r w:rsidRPr="00194B3D">
        <w:rPr>
          <w:rFonts w:ascii="Arial" w:hAnsi="Arial"/>
          <w:sz w:val="16"/>
          <w:lang w:val="it-IT"/>
        </w:rPr>
        <w:t>Data: ____________________     Firma del tutor esterno: ____________________     Firma del docente tutor: ____________________</w:t>
      </w:r>
    </w:p>
    <w:sectPr w:rsidR="009F6A28" w:rsidRPr="00194B3D" w:rsidSect="00034616">
      <w:headerReference w:type="default" r:id="rId8"/>
      <w:footerReference w:type="default" r:id="rId9"/>
      <w:pgSz w:w="12240" w:h="15840"/>
      <w:pgMar w:top="893" w:right="1134" w:bottom="794" w:left="1134" w:header="202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663C" w:rsidRDefault="009D663C">
      <w:pPr>
        <w:spacing w:line="240" w:lineRule="auto"/>
      </w:pPr>
      <w:r>
        <w:separator/>
      </w:r>
    </w:p>
  </w:endnote>
  <w:endnote w:type="continuationSeparator" w:id="0">
    <w:p w:rsidR="009D663C" w:rsidRDefault="009D66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Pr="00F3011B" w:rsidRDefault="00000000">
    <w:pPr>
      <w:pStyle w:val="Pidipagina"/>
      <w:pBdr>
        <w:top w:val="single" w:sz="8" w:space="6" w:color="7A262D"/>
      </w:pBdr>
      <w:ind w:left="595" w:right="595"/>
      <w:jc w:val="center"/>
      <w:rPr>
        <w:lang w:val="it-IT"/>
      </w:rPr>
    </w:pPr>
    <w:r w:rsidRPr="00F3011B">
      <w:rPr>
        <w:color w:val="5F5F5F"/>
        <w:sz w:val="15"/>
        <w:lang w:val="it-IT"/>
      </w:rPr>
      <w:t>Via Giordano Bruno, 4 - 00195 Roma | Tel. 06 121123858 | www.liceotacito.edu.it</w:t>
    </w:r>
  </w:p>
  <w:p w:rsidR="003A1BCB" w:rsidRPr="00F3011B" w:rsidRDefault="00F3011B">
    <w:pPr>
      <w:jc w:val="center"/>
      <w:rPr>
        <w:lang w:val="it-IT"/>
      </w:rPr>
    </w:pPr>
    <w:r>
      <w:rPr>
        <w:color w:val="5F5F5F"/>
        <w:sz w:val="14"/>
        <w:lang w:val="it-IT"/>
      </w:rPr>
      <w:t xml:space="preserve">PEO </w:t>
    </w:r>
    <w:r w:rsidRPr="00F3011B">
      <w:rPr>
        <w:color w:val="5F5F5F"/>
        <w:sz w:val="14"/>
        <w:lang w:val="it-IT"/>
      </w:rPr>
      <w:t>rmpc220009@istruzione.it | PEC rmpc220009@pec.istruzione.it | C.F. 80226930586 | Codice meccanografico RMPC220009</w:t>
    </w:r>
  </w:p>
  <w:p w:rsidR="003A1BCB" w:rsidRPr="00F3011B" w:rsidRDefault="00000000">
    <w:pPr>
      <w:jc w:val="center"/>
      <w:rPr>
        <w:lang w:val="it-IT"/>
      </w:rPr>
    </w:pPr>
    <w:r w:rsidRPr="00F3011B">
      <w:rPr>
        <w:color w:val="5F5F5F"/>
        <w:sz w:val="14"/>
        <w:lang w:val="it-IT"/>
      </w:rPr>
      <w:t>Sede succursale: Via Sebastiano Vinci, 1 - 00168 Roma | Tel. 06 121128405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663C" w:rsidRDefault="009D663C">
      <w:pPr>
        <w:spacing w:line="240" w:lineRule="auto"/>
      </w:pPr>
      <w:r>
        <w:separator/>
      </w:r>
    </w:p>
  </w:footnote>
  <w:footnote w:type="continuationSeparator" w:id="0">
    <w:p w:rsidR="009D663C" w:rsidRDefault="009D66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Default="003A1BCB">
    <w:pPr>
      <w:pStyle w:val="Intestazione"/>
    </w:pPr>
  </w:p>
  <w:p w:rsidR="005034D6" w:rsidRDefault="005034D6">
    <w:pPr>
      <w:pStyle w:val="Intestazione"/>
    </w:pPr>
  </w:p>
  <w:p w:rsidR="00AD0A21" w:rsidRDefault="00AD0A21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368"/>
      <w:gridCol w:w="7243"/>
      <w:gridCol w:w="1368"/>
    </w:tblGrid>
    <w:tr w:rsidR="003A1BCB">
      <w:trPr>
        <w:jc w:val="center"/>
      </w:trPr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347472" cy="692142"/>
                <wp:effectExtent l="0" t="0" r="0" b="0"/>
                <wp:docPr id="3838666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acit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472" cy="6921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43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Pr="009D17F7" w:rsidRDefault="00000000">
          <w:pPr>
            <w:spacing w:line="252" w:lineRule="auto"/>
            <w:jc w:val="center"/>
            <w:rPr>
              <w:rFonts w:cs="Times New Roman"/>
              <w:lang w:val="it-IT"/>
            </w:rPr>
          </w:pPr>
          <w:r w:rsidRPr="009D17F7">
            <w:rPr>
              <w:rFonts w:cs="Times New Roman"/>
              <w:color w:val="000000"/>
              <w:sz w:val="28"/>
              <w:szCs w:val="28"/>
              <w:lang w:val="it-IT"/>
            </w:rPr>
            <w:t>Ministero dell’Istruzione e del Merito</w:t>
          </w:r>
          <w:r w:rsidRPr="009D17F7">
            <w:rPr>
              <w:rFonts w:cs="Times New Roman"/>
              <w:sz w:val="24"/>
              <w:szCs w:val="24"/>
              <w:lang w:val="it-IT"/>
            </w:rPr>
            <w:br/>
          </w:r>
          <w:r w:rsidRPr="009D17F7">
            <w:rPr>
              <w:rFonts w:cs="Times New Roman"/>
              <w:b/>
              <w:bCs/>
              <w:color w:val="000000"/>
              <w:sz w:val="28"/>
              <w:szCs w:val="28"/>
              <w:lang w:val="it-IT"/>
            </w:rPr>
            <w:t>Liceo Ginnasio Statale</w:t>
          </w:r>
          <w:r w:rsidR="009D17F7" w:rsidRPr="009D17F7">
            <w:rPr>
              <w:rFonts w:cs="Times New Roman"/>
              <w:b/>
              <w:bCs/>
              <w:lang w:val="it-IT"/>
            </w:rPr>
            <w:t xml:space="preserve"> </w:t>
          </w:r>
          <w:r w:rsidRPr="009D17F7">
            <w:rPr>
              <w:rFonts w:cs="Times New Roman"/>
              <w:b/>
              <w:bCs/>
              <w:color w:val="000000"/>
              <w:sz w:val="28"/>
              <w:lang w:val="it-IT"/>
            </w:rPr>
            <w:t>“Cornelio Tacito”</w:t>
          </w:r>
          <w:r w:rsidRPr="009D17F7">
            <w:rPr>
              <w:rFonts w:cs="Times New Roman"/>
              <w:lang w:val="it-IT"/>
            </w:rPr>
            <w:br/>
          </w:r>
          <w:r w:rsidRPr="009D17F7">
            <w:rPr>
              <w:rFonts w:cs="Times New Roman"/>
              <w:color w:val="000000"/>
              <w:sz w:val="19"/>
              <w:lang w:val="it-IT"/>
            </w:rPr>
            <w:t xml:space="preserve">Liceo Classico </w:t>
          </w:r>
          <w:r w:rsidR="009D17F7" w:rsidRPr="009D17F7">
            <w:rPr>
              <w:rFonts w:ascii="Segoe UI Symbol" w:hAnsi="Segoe UI Symbol" w:cs="Segoe UI Symbol"/>
              <w:color w:val="000000"/>
              <w:sz w:val="19"/>
              <w:lang w:val="it-IT"/>
            </w:rPr>
            <w:t>◆</w:t>
          </w:r>
          <w:r w:rsidR="009D17F7" w:rsidRPr="009D17F7">
            <w:rPr>
              <w:rFonts w:cs="Times New Roman"/>
              <w:color w:val="000000"/>
              <w:sz w:val="19"/>
              <w:lang w:val="it-IT"/>
            </w:rPr>
            <w:t xml:space="preserve"> </w:t>
          </w:r>
          <w:r w:rsidRPr="009D17F7">
            <w:rPr>
              <w:rFonts w:cs="Times New Roman"/>
              <w:color w:val="000000"/>
              <w:sz w:val="19"/>
              <w:lang w:val="it-IT"/>
            </w:rPr>
            <w:t>Liceo Linguistico</w:t>
          </w:r>
        </w:p>
      </w:tc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512064" cy="519326"/>
                <wp:effectExtent l="0" t="0" r="0" b="0"/>
                <wp:docPr id="39151754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9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E1714" w:rsidRDefault="007E1714">
    <w:pPr>
      <w:pBdr>
        <w:bottom w:val="single" w:sz="6" w:space="1" w:color="7A262D"/>
      </w:pBdr>
      <w:spacing w:before="10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num w:numId="1" w16cid:durableId="1325165439">
    <w:abstractNumId w:val="8"/>
  </w:num>
  <w:num w:numId="2" w16cid:durableId="564334532">
    <w:abstractNumId w:val="6"/>
  </w:num>
  <w:num w:numId="3" w16cid:durableId="1100494374">
    <w:abstractNumId w:val="5"/>
  </w:num>
  <w:num w:numId="4" w16cid:durableId="1673265398">
    <w:abstractNumId w:val="4"/>
  </w:num>
  <w:num w:numId="5" w16cid:durableId="402412630">
    <w:abstractNumId w:val="7"/>
  </w:num>
  <w:num w:numId="6" w16cid:durableId="1880242306">
    <w:abstractNumId w:val="3"/>
  </w:num>
  <w:num w:numId="7" w16cid:durableId="1977561348">
    <w:abstractNumId w:val="2"/>
  </w:num>
  <w:num w:numId="8" w16cid:durableId="1362170641">
    <w:abstractNumId w:val="1"/>
  </w:num>
  <w:num w:numId="9" w16cid:durableId="136740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4B3D"/>
    <w:rsid w:val="0029639D"/>
    <w:rsid w:val="00326F90"/>
    <w:rsid w:val="003A1BCB"/>
    <w:rsid w:val="005034D6"/>
    <w:rsid w:val="0053305E"/>
    <w:rsid w:val="00582B3F"/>
    <w:rsid w:val="007E1714"/>
    <w:rsid w:val="00812606"/>
    <w:rsid w:val="00895267"/>
    <w:rsid w:val="008962C8"/>
    <w:rsid w:val="009D17F7"/>
    <w:rsid w:val="009D663C"/>
    <w:rsid w:val="009F6A28"/>
    <w:rsid w:val="00A86872"/>
    <w:rsid w:val="00A97745"/>
    <w:rsid w:val="00AA1D8D"/>
    <w:rsid w:val="00AD0A21"/>
    <w:rsid w:val="00B4426A"/>
    <w:rsid w:val="00B47730"/>
    <w:rsid w:val="00CB0664"/>
    <w:rsid w:val="00DF4099"/>
    <w:rsid w:val="00F301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0CE60"/>
  <w14:defaultImageDpi w14:val="300"/>
  <w15:docId w15:val="{462563E1-8C42-364B-B7D6-58C817D2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spacing w:after="120"/>
      <w:ind w:left="369" w:hanging="369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spacing w:after="120"/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spacing w:after="1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A97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15</cp:revision>
  <dcterms:created xsi:type="dcterms:W3CDTF">2013-12-23T23:15:00Z</dcterms:created>
  <dcterms:modified xsi:type="dcterms:W3CDTF">2026-11-01T19:10:00Z</dcterms:modified>
  <cp:category/>
</cp:coreProperties>
</file>