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60"/>
        <w:jc w:val="center"/>
      </w:pPr>
      <w:r>
        <w:rPr>
          <w:rFonts w:ascii="Arial" w:hAnsi="Arial"/>
          <w:b/>
          <w:color w:val="153457"/>
          <w:sz w:val="20"/>
        </w:rPr>
        <w:t>ALLEGATO C – TABELLA F.S.L. CLASSI QUINTE</w:t>
      </w:r>
    </w:p>
    <w:p>
      <w:pPr>
        <w:spacing w:after="60"/>
        <w:jc w:val="both"/>
      </w:pPr>
      <w:r>
        <w:rPr>
          <w:rFonts w:ascii="Arial" w:hAnsi="Arial"/>
          <w:b w:val="0"/>
          <w:sz w:val="16"/>
        </w:rPr>
        <w:t>Triennio 2024/2025 – 2025/2026 – 2026/2027      Classe: ______   Sezione: _____      Tutor F.S.L.: 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3BCC6"/>
          <w:left w:val="single" w:sz="4" w:color="B3BCC6"/>
          <w:bottom w:val="single" w:sz="4" w:color="B3BCC6"/>
          <w:right w:val="single" w:sz="4" w:color="B3BCC6"/>
          <w:insideH w:val="single" w:sz="4" w:color="B3BCC6"/>
          <w:insideV w:val="single" w:sz="4" w:color="B3BCC6"/>
        </w:tblBorders>
      </w:tblPr>
      <w:tblGrid>
        <w:gridCol w:w="2835"/>
        <w:gridCol w:w="1701"/>
        <w:gridCol w:w="1701"/>
        <w:gridCol w:w="1701"/>
        <w:gridCol w:w="1701"/>
        <w:gridCol w:w="1701"/>
        <w:gridCol w:w="1701"/>
        <w:gridCol w:w="2551"/>
      </w:tblGrid>
      <w:tr>
        <w:trPr>
          <w:trHeight w:val="499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NOMINATIVI DEGLI ALUNNI/E</w:t>
              <w:br/>
              <w:t>CLASSE:</w:t>
              <w:br/>
              <w:t>………….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 .1</w:t>
              <w:br/>
              <w:t>TITOLO DEL PCTO/FSL:</w:t>
              <w:br/>
              <w:t>……………………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Prog.2</w:t>
              <w:br/>
              <w:t>TITOLO DEL PCTO/FSL:</w:t>
              <w:br/>
              <w:t>…………………………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Prog.3</w:t>
              <w:br/>
              <w:t>TITOLO DEL PCTO/FSL:</w:t>
              <w:br/>
              <w:t>…………………………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Prog.4</w:t>
              <w:br/>
              <w:t>TITOLO DEL PCTO/FSL:</w:t>
              <w:br/>
              <w:t>…………………………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Prog.5</w:t>
              <w:br/>
              <w:t>TITOLO DEL PCTO/FSL:</w:t>
              <w:br/>
              <w:t>…………………………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Redazione relazione finale conclusiva:</w:t>
              <w:br/>
              <w:t>…………</w:t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sz w:val="12"/>
              </w:rPr>
              <w:t>TOTALE ORE FSL (già PCTO)</w:t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………….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  <w:t>Ore effettuate:</w:t>
              <w:br/>
              <w:t>………..</w:t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trHeight w:val="238" w:hRule="exact"/>
        </w:trPr>
        <w:tc>
          <w:tcPr>
            <w:tcW w:type="dxa" w:w="2835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170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2551"/>
            <w:vAlign w:val="center"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sz w:val="12"/>
              </w:rPr>
            </w:r>
          </w:p>
        </w:tc>
      </w:tr>
    </w:tbl>
    <w:p>
      <w:pPr>
        <w:spacing w:after="60"/>
        <w:jc w:val="both"/>
      </w:pPr>
      <w:r>
        <w:rPr>
          <w:rFonts w:ascii="Arial" w:hAnsi="Arial"/>
          <w:b w:val="0"/>
          <w:sz w:val="14"/>
        </w:rPr>
        <w:t>Legenda / indicazioni per la compilazione: riportare le ore effettivamente svolte per ciascun progetto e il totale individuale.</w:t>
      </w:r>
    </w:p>
    <w:sectPr w:rsidR="00A97745" w:rsidRPr="00F3011B" w:rsidSect="00034616">
      <w:headerReference w:type="default" r:id="rId8"/>
      <w:footerReference w:type="default" r:id="rId9"/>
      <w:pgSz w:w="16838" w:h="11906"/>
      <w:pgMar w:top="893" w:right="765" w:bottom="794" w:left="765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426A" w:rsidRDefault="00B4426A">
      <w:pPr>
        <w:spacing w:line="240" w:lineRule="auto"/>
      </w:pPr>
      <w:r>
        <w:separator/>
      </w:r>
    </w:p>
  </w:endnote>
  <w:endnote w:type="continuationSeparator" w:id="0">
    <w:p w:rsidR="00B4426A" w:rsidRDefault="00B442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426A" w:rsidRDefault="00B4426A">
      <w:pPr>
        <w:spacing w:line="240" w:lineRule="auto"/>
      </w:pPr>
      <w:r>
        <w:separator/>
      </w:r>
    </w:p>
  </w:footnote>
  <w:footnote w:type="continuationSeparator" w:id="0">
    <w:p w:rsidR="00B4426A" w:rsidRDefault="00B442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BCB"/>
    <w:rsid w:val="005034D6"/>
    <w:rsid w:val="00582B3F"/>
    <w:rsid w:val="007E1714"/>
    <w:rsid w:val="00812606"/>
    <w:rsid w:val="00895267"/>
    <w:rsid w:val="008962C8"/>
    <w:rsid w:val="009D17F7"/>
    <w:rsid w:val="00A86872"/>
    <w:rsid w:val="00A97745"/>
    <w:rsid w:val="00AA1D8D"/>
    <w:rsid w:val="00AD0A21"/>
    <w:rsid w:val="00B4426A"/>
    <w:rsid w:val="00B47730"/>
    <w:rsid w:val="00CB0664"/>
    <w:rsid w:val="00DF4099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85F76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11</cp:revision>
  <dcterms:created xsi:type="dcterms:W3CDTF">2013-12-23T23:15:00Z</dcterms:created>
  <dcterms:modified xsi:type="dcterms:W3CDTF">2026-10-04T17:13:00Z</dcterms:modified>
  <cp:category/>
</cp:coreProperties>
</file>