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60"/>
        <w:jc w:val="center"/>
      </w:pPr>
      <w:r>
        <w:rPr>
          <w:rFonts w:ascii="Arial" w:hAnsi="Arial"/>
          <w:b/>
          <w:color w:val="153457"/>
          <w:sz w:val="20"/>
        </w:rPr>
        <w:t>ALLEGATO B – TABELLA F.S.L. CLASSI TERZE E QUARTE</w:t>
      </w:r>
    </w:p>
    <w:p>
      <w:pPr>
        <w:spacing w:after="60"/>
      </w:pPr>
      <w:r>
        <w:rPr>
          <w:rFonts w:ascii="Arial" w:hAnsi="Arial"/>
          <w:b w:val="0"/>
          <w:sz w:val="16"/>
        </w:rPr>
        <w:t>Anno scolastico 2026/2027      Classe: ______   Sezione: _____      Tutor F.S.L.: __________________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3BCC6"/>
          <w:left w:val="single" w:sz="4" w:color="B3BCC6"/>
          <w:bottom w:val="single" w:sz="4" w:color="B3BCC6"/>
          <w:right w:val="single" w:sz="4" w:color="B3BCC6"/>
          <w:insideH w:val="single" w:sz="4" w:color="B3BCC6"/>
          <w:insideV w:val="single" w:sz="4" w:color="B3BCC6"/>
        </w:tblBorders>
      </w:tblPr>
      <w:tblGrid>
        <w:gridCol w:w="2835"/>
        <w:gridCol w:w="1843"/>
        <w:gridCol w:w="1843"/>
        <w:gridCol w:w="1843"/>
        <w:gridCol w:w="1843"/>
        <w:gridCol w:w="1984"/>
        <w:gridCol w:w="1984"/>
      </w:tblGrid>
      <w:tr>
        <w:trPr>
          <w:trHeight w:val="652" w:hRule="atLeas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sz w:val="12"/>
              </w:rPr>
              <w:t>NOMINATIVI DEGLI ALUNNI/E</w:t>
              <w:br/>
              <w:t>CLASSE:</w:t>
              <w:br/>
              <w:t>………….</w:t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sz w:val="12"/>
              </w:rPr>
              <w:t>Prog .1</w:t>
              <w:br/>
              <w:t>TITOLO:</w:t>
              <w:br/>
              <w:t>……………………</w:t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sz w:val="12"/>
              </w:rPr>
              <w:t>Prog.2</w:t>
              <w:br/>
              <w:t>TITOLO:</w:t>
              <w:br/>
              <w:t>…………………………</w:t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sz w:val="12"/>
              </w:rPr>
              <w:t>Prog.3</w:t>
              <w:br/>
              <w:t>TITOLO:</w:t>
              <w:br/>
              <w:t>…………………………</w:t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sz w:val="12"/>
              </w:rPr>
              <w:t>Prog.4</w:t>
              <w:br/>
              <w:t>TITOLO:</w:t>
              <w:br/>
              <w:t>…………………………</w:t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sz w:val="12"/>
              </w:rPr>
              <w:t>TOTALE ORE</w:t>
              <w:br/>
              <w:t>2026/2027</w:t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sz w:val="12"/>
              </w:rPr>
              <w:t>TOTALE ORE</w:t>
              <w:br/>
              <w:t>Somma anni precedenti +</w:t>
              <w:br/>
              <w:t>2026/2027</w:t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  <w:t>Ore effettuate:</w:t>
              <w:br/>
              <w:t>………….</w:t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  <w:t>Ore effettuate:</w:t>
              <w:br/>
              <w:t>………..</w:t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  <w:t>Ore effettuate:</w:t>
              <w:br/>
              <w:t>………..</w:t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  <w:t>Ore effettuate:</w:t>
              <w:br/>
              <w:t>………..</w:t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95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843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984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</w:tbl>
    <w:p>
      <w:pPr>
        <w:spacing w:after="60"/>
        <w:jc w:val="both"/>
      </w:pPr>
      <w:r>
        <w:rPr>
          <w:rFonts w:ascii="Arial" w:hAnsi="Arial"/>
          <w:b w:val="0"/>
          <w:sz w:val="14"/>
        </w:rPr>
        <w:t>Legenda / indicazioni per la compilazione: riportare le ore effettivamente svolte per ciascun progetto e il totale individuale.</w:t>
      </w:r>
    </w:p>
    <w:sectPr w:rsidR="00A97745" w:rsidRPr="00F3011B" w:rsidSect="00034616">
      <w:headerReference w:type="default" r:id="rId8"/>
      <w:footerReference w:type="default" r:id="rId9"/>
      <w:pgSz w:w="16838" w:h="11906"/>
      <w:pgMar w:top="893" w:right="765" w:bottom="794" w:left="765" w:header="202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4426A" w:rsidRDefault="00B4426A">
      <w:pPr>
        <w:spacing w:line="240" w:lineRule="auto"/>
      </w:pPr>
      <w:r>
        <w:separator/>
      </w:r>
    </w:p>
  </w:endnote>
  <w:endnote w:type="continuationSeparator" w:id="0">
    <w:p w:rsidR="00B4426A" w:rsidRDefault="00B442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A1BCB" w:rsidRPr="00F3011B" w:rsidRDefault="00000000">
    <w:pPr>
      <w:pStyle w:val="Pidipagina"/>
      <w:pBdr>
        <w:top w:val="single" w:sz="8" w:space="6" w:color="7A262D"/>
      </w:pBdr>
      <w:ind w:left="595" w:right="595"/>
      <w:jc w:val="center"/>
      <w:rPr>
        <w:lang w:val="it-IT"/>
      </w:rPr>
    </w:pPr>
    <w:r w:rsidRPr="00F3011B">
      <w:rPr>
        <w:color w:val="5F5F5F"/>
        <w:sz w:val="15"/>
        <w:lang w:val="it-IT"/>
      </w:rPr>
      <w:t>Via Giordano Bruno, 4 - 00195 Roma | Tel. 06 121123858 | www.liceotacito.edu.it</w:t>
    </w:r>
  </w:p>
  <w:p w:rsidR="003A1BCB" w:rsidRPr="00F3011B" w:rsidRDefault="00F3011B">
    <w:pPr>
      <w:jc w:val="center"/>
      <w:rPr>
        <w:lang w:val="it-IT"/>
      </w:rPr>
    </w:pPr>
    <w:r>
      <w:rPr>
        <w:color w:val="5F5F5F"/>
        <w:sz w:val="14"/>
        <w:lang w:val="it-IT"/>
      </w:rPr>
      <w:t xml:space="preserve">PEO </w:t>
    </w:r>
    <w:r w:rsidRPr="00F3011B">
      <w:rPr>
        <w:color w:val="5F5F5F"/>
        <w:sz w:val="14"/>
        <w:lang w:val="it-IT"/>
      </w:rPr>
      <w:t>rmpc220009@istruzione.it | PEC rmpc220009@pec.istruzione.it | C.F. 80226930586 | Codice meccanografico RMPC220009</w:t>
    </w:r>
  </w:p>
  <w:p w:rsidR="003A1BCB" w:rsidRPr="00F3011B" w:rsidRDefault="00000000">
    <w:pPr>
      <w:jc w:val="center"/>
      <w:rPr>
        <w:lang w:val="it-IT"/>
      </w:rPr>
    </w:pPr>
    <w:r w:rsidRPr="00F3011B">
      <w:rPr>
        <w:color w:val="5F5F5F"/>
        <w:sz w:val="14"/>
        <w:lang w:val="it-IT"/>
      </w:rPr>
      <w:t>Sede succursale: Via Sebastiano Vinci, 1 - 00168 Roma | Tel. 06 121128405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4426A" w:rsidRDefault="00B4426A">
      <w:pPr>
        <w:spacing w:line="240" w:lineRule="auto"/>
      </w:pPr>
      <w:r>
        <w:separator/>
      </w:r>
    </w:p>
  </w:footnote>
  <w:footnote w:type="continuationSeparator" w:id="0">
    <w:p w:rsidR="00B4426A" w:rsidRDefault="00B442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A1BCB" w:rsidRDefault="003A1BCB">
    <w:pPr>
      <w:pStyle w:val="Intestazione"/>
    </w:pPr>
  </w:p>
  <w:p w:rsidR="005034D6" w:rsidRDefault="005034D6">
    <w:pPr>
      <w:pStyle w:val="Intestazione"/>
    </w:pPr>
  </w:p>
  <w:p w:rsidR="00AD0A21" w:rsidRDefault="00AD0A21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368"/>
      <w:gridCol w:w="7243"/>
      <w:gridCol w:w="1368"/>
    </w:tblGrid>
    <w:tr w:rsidR="003A1BCB">
      <w:trPr>
        <w:jc w:val="center"/>
      </w:trPr>
      <w:tc>
        <w:tcPr>
          <w:tcW w:w="1368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Default="00000000">
          <w:pPr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347472" cy="692142"/>
                <wp:effectExtent l="0" t="0" r="0" b="0"/>
                <wp:docPr id="38386664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acito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472" cy="6921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43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Pr="009D17F7" w:rsidRDefault="00000000">
          <w:pPr>
            <w:spacing w:line="252" w:lineRule="auto"/>
            <w:jc w:val="center"/>
            <w:rPr>
              <w:rFonts w:cs="Times New Roman"/>
              <w:lang w:val="it-IT"/>
            </w:rPr>
          </w:pPr>
          <w:r w:rsidRPr="009D17F7">
            <w:rPr>
              <w:rFonts w:cs="Times New Roman"/>
              <w:color w:val="000000"/>
              <w:sz w:val="28"/>
              <w:szCs w:val="28"/>
              <w:lang w:val="it-IT"/>
            </w:rPr>
            <w:t>Ministero dell’Istruzione e del Merito</w:t>
          </w:r>
          <w:r w:rsidRPr="009D17F7">
            <w:rPr>
              <w:rFonts w:cs="Times New Roman"/>
              <w:sz w:val="24"/>
              <w:szCs w:val="24"/>
              <w:lang w:val="it-IT"/>
            </w:rPr>
            <w:br/>
          </w:r>
          <w:r w:rsidRPr="009D17F7">
            <w:rPr>
              <w:rFonts w:cs="Times New Roman"/>
              <w:b/>
              <w:bCs/>
              <w:color w:val="000000"/>
              <w:sz w:val="28"/>
              <w:szCs w:val="28"/>
              <w:lang w:val="it-IT"/>
            </w:rPr>
            <w:t>Liceo Ginnasio Statale</w:t>
          </w:r>
          <w:r w:rsidR="009D17F7" w:rsidRPr="009D17F7">
            <w:rPr>
              <w:rFonts w:cs="Times New Roman"/>
              <w:b/>
              <w:bCs/>
              <w:lang w:val="it-IT"/>
            </w:rPr>
            <w:t xml:space="preserve"> </w:t>
          </w:r>
          <w:r w:rsidRPr="009D17F7">
            <w:rPr>
              <w:rFonts w:cs="Times New Roman"/>
              <w:b/>
              <w:bCs/>
              <w:color w:val="000000"/>
              <w:sz w:val="28"/>
              <w:lang w:val="it-IT"/>
            </w:rPr>
            <w:t>“Cornelio Tacito”</w:t>
          </w:r>
          <w:r w:rsidRPr="009D17F7">
            <w:rPr>
              <w:rFonts w:cs="Times New Roman"/>
              <w:lang w:val="it-IT"/>
            </w:rPr>
            <w:br/>
          </w:r>
          <w:r w:rsidRPr="009D17F7">
            <w:rPr>
              <w:rFonts w:cs="Times New Roman"/>
              <w:color w:val="000000"/>
              <w:sz w:val="19"/>
              <w:lang w:val="it-IT"/>
            </w:rPr>
            <w:t xml:space="preserve">Liceo Classico </w:t>
          </w:r>
          <w:r w:rsidR="009D17F7" w:rsidRPr="009D17F7">
            <w:rPr>
              <w:rFonts w:ascii="Segoe UI Symbol" w:hAnsi="Segoe UI Symbol" w:cs="Segoe UI Symbol"/>
              <w:color w:val="000000"/>
              <w:sz w:val="19"/>
              <w:lang w:val="it-IT"/>
            </w:rPr>
            <w:t>◆</w:t>
          </w:r>
          <w:r w:rsidR="009D17F7" w:rsidRPr="009D17F7">
            <w:rPr>
              <w:rFonts w:cs="Times New Roman"/>
              <w:color w:val="000000"/>
              <w:sz w:val="19"/>
              <w:lang w:val="it-IT"/>
            </w:rPr>
            <w:t xml:space="preserve"> </w:t>
          </w:r>
          <w:r w:rsidRPr="009D17F7">
            <w:rPr>
              <w:rFonts w:cs="Times New Roman"/>
              <w:color w:val="000000"/>
              <w:sz w:val="19"/>
              <w:lang w:val="it-IT"/>
            </w:rPr>
            <w:t>Liceo Linguistico</w:t>
          </w:r>
        </w:p>
      </w:tc>
      <w:tc>
        <w:tcPr>
          <w:tcW w:w="1368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Default="00000000">
          <w:pPr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512064" cy="519326"/>
                <wp:effectExtent l="0" t="0" r="0" b="0"/>
                <wp:docPr id="39151754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9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7E1714" w:rsidRDefault="007E1714">
    <w:pPr>
      <w:pBdr>
        <w:bottom w:val="single" w:sz="6" w:space="1" w:color="7A262D"/>
      </w:pBdr>
      <w:spacing w:before="100"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num w:numId="1" w16cid:durableId="1325165439">
    <w:abstractNumId w:val="8"/>
  </w:num>
  <w:num w:numId="2" w16cid:durableId="564334532">
    <w:abstractNumId w:val="6"/>
  </w:num>
  <w:num w:numId="3" w16cid:durableId="1100494374">
    <w:abstractNumId w:val="5"/>
  </w:num>
  <w:num w:numId="4" w16cid:durableId="1673265398">
    <w:abstractNumId w:val="4"/>
  </w:num>
  <w:num w:numId="5" w16cid:durableId="402412630">
    <w:abstractNumId w:val="7"/>
  </w:num>
  <w:num w:numId="6" w16cid:durableId="1880242306">
    <w:abstractNumId w:val="3"/>
  </w:num>
  <w:num w:numId="7" w16cid:durableId="1977561348">
    <w:abstractNumId w:val="2"/>
  </w:num>
  <w:num w:numId="8" w16cid:durableId="1362170641">
    <w:abstractNumId w:val="1"/>
  </w:num>
  <w:num w:numId="9" w16cid:durableId="1367409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1BCB"/>
    <w:rsid w:val="005034D6"/>
    <w:rsid w:val="00582B3F"/>
    <w:rsid w:val="007E1714"/>
    <w:rsid w:val="00812606"/>
    <w:rsid w:val="00895267"/>
    <w:rsid w:val="008962C8"/>
    <w:rsid w:val="009D17F7"/>
    <w:rsid w:val="00A86872"/>
    <w:rsid w:val="00A97745"/>
    <w:rsid w:val="00AA1D8D"/>
    <w:rsid w:val="00AD0A21"/>
    <w:rsid w:val="00B4426A"/>
    <w:rsid w:val="00B47730"/>
    <w:rsid w:val="00CB0664"/>
    <w:rsid w:val="00DF4099"/>
    <w:rsid w:val="00F301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E85F76"/>
  <w14:defaultImageDpi w14:val="300"/>
  <w15:docId w15:val="{462563E1-8C42-364B-B7D6-58C817D23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/>
    </w:pPr>
    <w:rPr>
      <w:rFonts w:ascii="Aptos" w:hAnsi="Apto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spacing w:after="120"/>
      <w:ind w:left="369" w:hanging="369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spacing w:after="120"/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spacing w:after="120"/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A97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11</cp:revision>
  <dcterms:created xsi:type="dcterms:W3CDTF">2013-12-23T23:15:00Z</dcterms:created>
  <dcterms:modified xsi:type="dcterms:W3CDTF">2026-10-04T17:13:00Z</dcterms:modified>
  <cp:category/>
</cp:coreProperties>
</file>