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91ED6" w:rsidRPr="00E41EFF" w:rsidRDefault="00000000">
      <w:pPr>
        <w:spacing w:after="60"/>
        <w:jc w:val="center"/>
        <w:rPr>
          <w:lang w:val="it-IT"/>
        </w:rPr>
      </w:pPr>
      <w:r w:rsidRPr="00E41EFF">
        <w:rPr>
          <w:rFonts w:ascii="Arial" w:hAnsi="Arial"/>
          <w:b/>
          <w:color w:val="153457"/>
          <w:sz w:val="20"/>
          <w:lang w:val="it-IT"/>
        </w:rPr>
        <w:t>ALLEGATO A – PATTO FORMATIVO STUDENTE</w:t>
      </w:r>
    </w:p>
    <w:p w:rsidR="00E91ED6" w:rsidRPr="00E41EFF" w:rsidRDefault="00000000">
      <w:pPr>
        <w:spacing w:after="60"/>
        <w:jc w:val="center"/>
        <w:rPr>
          <w:lang w:val="it-IT"/>
        </w:rPr>
      </w:pPr>
      <w:r w:rsidRPr="00E41EFF">
        <w:rPr>
          <w:rFonts w:ascii="Arial" w:hAnsi="Arial"/>
          <w:b/>
          <w:color w:val="153457"/>
          <w:sz w:val="18"/>
          <w:lang w:val="it-IT"/>
        </w:rPr>
        <w:t>Modulo di adesione ai percorsi di Formazione Scuola Lavoro</w:t>
      </w:r>
    </w:p>
    <w:p w:rsidR="00E91ED6" w:rsidRPr="00E41EFF" w:rsidRDefault="00000000">
      <w:pPr>
        <w:keepLines/>
        <w:spacing w:after="60"/>
        <w:jc w:val="both"/>
        <w:rPr>
          <w:lang w:val="it-IT"/>
        </w:rPr>
      </w:pPr>
      <w:r w:rsidRPr="00E41EFF">
        <w:rPr>
          <w:rFonts w:ascii="Arial" w:hAnsi="Arial"/>
          <w:sz w:val="14"/>
          <w:lang w:val="it-IT"/>
        </w:rPr>
        <w:t>Il/la sottoscritta ……………………………………................nato/a a ………................................. il…………........residente a …...........…………..................in via/piazza………………….................. frequentante la classe …….... sez. …</w:t>
      </w:r>
      <w:proofErr w:type="gramStart"/>
      <w:r w:rsidRPr="00E41EFF">
        <w:rPr>
          <w:rFonts w:ascii="Arial" w:hAnsi="Arial"/>
          <w:sz w:val="14"/>
          <w:lang w:val="it-IT"/>
        </w:rPr>
        <w:t>…….</w:t>
      </w:r>
      <w:proofErr w:type="gramEnd"/>
      <w:r w:rsidRPr="00E41EFF">
        <w:rPr>
          <w:rFonts w:ascii="Arial" w:hAnsi="Arial"/>
          <w:sz w:val="14"/>
          <w:lang w:val="it-IT"/>
        </w:rPr>
        <w:t xml:space="preserve">. in procinto di frequentare attività inerenti ai Percorsi per la Formazione Scuola Lavoro (di seguito denominati F.S.L.) nel periodo dal………. al………. presso </w:t>
      </w:r>
      <w:proofErr w:type="gramStart"/>
      <w:r w:rsidRPr="00E41EFF">
        <w:rPr>
          <w:rFonts w:ascii="Arial" w:hAnsi="Arial"/>
          <w:sz w:val="14"/>
          <w:lang w:val="it-IT"/>
        </w:rPr>
        <w:t>la  struttura</w:t>
      </w:r>
      <w:proofErr w:type="gramEnd"/>
      <w:r w:rsidRPr="00E41EFF">
        <w:rPr>
          <w:rFonts w:ascii="Arial" w:hAnsi="Arial"/>
          <w:sz w:val="14"/>
          <w:lang w:val="it-IT"/>
        </w:rPr>
        <w:t xml:space="preserve">  ospitante …………………………….</w:t>
      </w:r>
    </w:p>
    <w:p w:rsidR="00E91ED6" w:rsidRPr="00E41EFF" w:rsidRDefault="00000000">
      <w:pPr>
        <w:keepLines/>
        <w:spacing w:after="60"/>
        <w:rPr>
          <w:lang w:val="it-IT"/>
        </w:rPr>
      </w:pPr>
      <w:r w:rsidRPr="00E41EFF">
        <w:rPr>
          <w:rFonts w:ascii="Arial" w:hAnsi="Arial"/>
          <w:b/>
          <w:sz w:val="14"/>
          <w:lang w:val="it-IT"/>
        </w:rPr>
        <w:t>DICHIARA</w:t>
      </w:r>
    </w:p>
    <w:p w:rsidR="00E91ED6" w:rsidRPr="00E41EFF" w:rsidRDefault="00000000">
      <w:pPr>
        <w:keepLines/>
        <w:spacing w:after="60"/>
        <w:jc w:val="both"/>
        <w:rPr>
          <w:lang w:val="it-IT"/>
        </w:rPr>
      </w:pPr>
      <w:r w:rsidRPr="00E41EFF">
        <w:rPr>
          <w:rFonts w:ascii="Arial" w:hAnsi="Arial"/>
          <w:sz w:val="14"/>
          <w:lang w:val="it-IT"/>
        </w:rPr>
        <w:t>-di essere a conoscenza che le attività che andrò a svolgere costituiscono parte integrante del percorso formativo;</w:t>
      </w:r>
    </w:p>
    <w:p w:rsidR="00E91ED6" w:rsidRPr="00E41EFF" w:rsidRDefault="00000000">
      <w:pPr>
        <w:keepLines/>
        <w:spacing w:after="60"/>
        <w:jc w:val="both"/>
        <w:rPr>
          <w:lang w:val="it-IT"/>
        </w:rPr>
      </w:pPr>
      <w:r w:rsidRPr="00E41EFF">
        <w:rPr>
          <w:rFonts w:ascii="Arial" w:hAnsi="Arial"/>
          <w:sz w:val="14"/>
          <w:lang w:val="it-IT"/>
        </w:rPr>
        <w:t>-di essere a conoscenza che la partecipazione al percorso di Formazione Scuola Lavoro non comporta alcun legame diretto tra il sottoscritto e la struttura ospitante in questione e che ogni rapporto con la struttura ospitante stessa cesserà al termine di questo periodo;</w:t>
      </w:r>
    </w:p>
    <w:p w:rsidR="00E91ED6" w:rsidRPr="00E41EFF" w:rsidRDefault="00000000">
      <w:pPr>
        <w:keepLines/>
        <w:spacing w:after="60"/>
        <w:jc w:val="both"/>
        <w:rPr>
          <w:lang w:val="it-IT"/>
        </w:rPr>
      </w:pPr>
      <w:r w:rsidRPr="00E41EFF">
        <w:rPr>
          <w:rFonts w:ascii="Arial" w:hAnsi="Arial"/>
          <w:sz w:val="14"/>
          <w:lang w:val="it-IT"/>
        </w:rPr>
        <w:t>-di essere a conoscenza delle norme comportamentali previste dal C.C.N.L., le norme antinfortunistiche e quelle in materia di privacy;</w:t>
      </w:r>
    </w:p>
    <w:p w:rsidR="00E91ED6" w:rsidRPr="00E41EFF" w:rsidRDefault="00000000">
      <w:pPr>
        <w:keepLines/>
        <w:spacing w:after="60"/>
        <w:jc w:val="both"/>
        <w:rPr>
          <w:lang w:val="it-IT"/>
        </w:rPr>
      </w:pPr>
      <w:r w:rsidRPr="00E41EFF">
        <w:rPr>
          <w:rFonts w:ascii="Arial" w:hAnsi="Arial"/>
          <w:sz w:val="14"/>
          <w:lang w:val="it-IT"/>
        </w:rPr>
        <w:t>-di essere stato informato dal Tutor formativo esterno in merito ai rischi aziendali in materia di sicurezza sul lavoro, di cui al D.Lgs. 81/08 e successive modificazioni;</w:t>
      </w:r>
    </w:p>
    <w:p w:rsidR="00E91ED6" w:rsidRPr="00E41EFF" w:rsidRDefault="00000000">
      <w:pPr>
        <w:keepLines/>
        <w:spacing w:after="60"/>
        <w:jc w:val="both"/>
        <w:rPr>
          <w:lang w:val="it-IT"/>
        </w:rPr>
      </w:pPr>
      <w:r w:rsidRPr="00E41EFF">
        <w:rPr>
          <w:rFonts w:ascii="Arial" w:hAnsi="Arial"/>
          <w:sz w:val="14"/>
          <w:lang w:val="it-IT"/>
        </w:rPr>
        <w:t>-di essere consapevole che durante i periodi trascorsi nei Percorsi F.S.L. è soggetto alle norme stabilite nel regolamento degli studenti dell’istituzione scolastica di appartenenza, nonché alle regole di comportamento, funzionali e organizzative della struttura ospitante;</w:t>
      </w:r>
    </w:p>
    <w:p w:rsidR="00E91ED6" w:rsidRPr="00E41EFF" w:rsidRDefault="00000000">
      <w:pPr>
        <w:keepLines/>
        <w:spacing w:after="60"/>
        <w:jc w:val="both"/>
        <w:rPr>
          <w:lang w:val="it-IT"/>
        </w:rPr>
      </w:pPr>
      <w:r w:rsidRPr="00E41EFF">
        <w:rPr>
          <w:rFonts w:ascii="Arial" w:hAnsi="Arial"/>
          <w:sz w:val="14"/>
          <w:lang w:val="it-IT"/>
        </w:rPr>
        <w:t>-di essere a conoscenza che, nel caso si dovessero verificare episodi di particolare gravità, in accordo con la struttura ospitante si procederà in qualsiasi momento alla sospensione dell’esperienza di F.S.L.;</w:t>
      </w:r>
    </w:p>
    <w:p w:rsidR="00E91ED6" w:rsidRPr="00E41EFF" w:rsidRDefault="00000000">
      <w:pPr>
        <w:keepLines/>
        <w:spacing w:after="60"/>
        <w:jc w:val="both"/>
        <w:rPr>
          <w:lang w:val="it-IT"/>
        </w:rPr>
      </w:pPr>
      <w:r w:rsidRPr="00E41EFF">
        <w:rPr>
          <w:rFonts w:ascii="Arial" w:hAnsi="Arial"/>
          <w:sz w:val="14"/>
          <w:lang w:val="it-IT"/>
        </w:rPr>
        <w:t>-di essere a conoscenza che nessun compenso o indennizzo di qualsiasi natura gli è dovuto in conseguenza della sua partecipazione al progetto di Formazione Scuola Lavoro;</w:t>
      </w:r>
    </w:p>
    <w:p w:rsidR="00E91ED6" w:rsidRPr="00E41EFF" w:rsidRDefault="00000000">
      <w:pPr>
        <w:keepLines/>
        <w:spacing w:after="60"/>
        <w:jc w:val="both"/>
        <w:rPr>
          <w:lang w:val="it-IT"/>
        </w:rPr>
      </w:pPr>
      <w:r w:rsidRPr="00E41EFF">
        <w:rPr>
          <w:rFonts w:ascii="Arial" w:hAnsi="Arial"/>
          <w:sz w:val="14"/>
          <w:lang w:val="it-IT"/>
        </w:rPr>
        <w:t>-di essere a conoscenza che l’esperienza di F.S.L. non comporta impegno di assunzione presente o futuro da parte della struttura ospitante;</w:t>
      </w:r>
    </w:p>
    <w:p w:rsidR="00E91ED6" w:rsidRPr="00E41EFF" w:rsidRDefault="00000000">
      <w:pPr>
        <w:keepLines/>
        <w:spacing w:after="60"/>
        <w:jc w:val="both"/>
        <w:rPr>
          <w:lang w:val="it-IT"/>
        </w:rPr>
      </w:pPr>
      <w:r w:rsidRPr="00E41EFF">
        <w:rPr>
          <w:rFonts w:ascii="Arial" w:hAnsi="Arial"/>
          <w:sz w:val="14"/>
          <w:lang w:val="it-IT"/>
        </w:rPr>
        <w:t>-di essere a conoscenza delle coperture assicurative sia per i trasferimenti alla sede di svolgimento delle attività di F.S.L. che per la permanenza nella struttura ospitante.</w:t>
      </w:r>
    </w:p>
    <w:p w:rsidR="00E91ED6" w:rsidRPr="00E41EFF" w:rsidRDefault="00000000">
      <w:pPr>
        <w:keepLines/>
        <w:spacing w:after="60"/>
        <w:rPr>
          <w:lang w:val="it-IT"/>
        </w:rPr>
      </w:pPr>
      <w:r w:rsidRPr="00E41EFF">
        <w:rPr>
          <w:rFonts w:ascii="Arial" w:hAnsi="Arial"/>
          <w:b/>
          <w:sz w:val="14"/>
          <w:lang w:val="it-IT"/>
        </w:rPr>
        <w:t>SI IMPEGNA</w:t>
      </w:r>
    </w:p>
    <w:p w:rsidR="00E91ED6" w:rsidRPr="00E41EFF" w:rsidRDefault="00000000">
      <w:pPr>
        <w:keepLines/>
        <w:spacing w:after="60"/>
        <w:jc w:val="both"/>
        <w:rPr>
          <w:lang w:val="it-IT"/>
        </w:rPr>
      </w:pPr>
      <w:r w:rsidRPr="00E41EFF">
        <w:rPr>
          <w:rFonts w:ascii="Arial" w:hAnsi="Arial"/>
          <w:sz w:val="14"/>
          <w:lang w:val="it-IT"/>
        </w:rPr>
        <w:t>-a rispettare rigorosamente gli orari stabiliti dalla struttura ospitante per lo svolgimento delle attività di F.S.L.;</w:t>
      </w:r>
    </w:p>
    <w:p w:rsidR="00E91ED6" w:rsidRPr="00E41EFF" w:rsidRDefault="00000000">
      <w:pPr>
        <w:keepLines/>
        <w:spacing w:after="60"/>
        <w:rPr>
          <w:lang w:val="it-IT"/>
        </w:rPr>
      </w:pPr>
      <w:r w:rsidRPr="00E41EFF">
        <w:rPr>
          <w:rFonts w:ascii="Arial" w:hAnsi="Arial"/>
          <w:sz w:val="14"/>
          <w:lang w:val="it-IT"/>
        </w:rPr>
        <w:t>-a seguire le indicazioni dei tutor e fare riferimento ad essi per qualsiasi esigenza o evenienza;</w:t>
      </w:r>
    </w:p>
    <w:p w:rsidR="00E91ED6" w:rsidRPr="00E41EFF" w:rsidRDefault="00000000">
      <w:pPr>
        <w:keepLines/>
        <w:spacing w:after="60"/>
        <w:jc w:val="both"/>
        <w:rPr>
          <w:lang w:val="it-IT"/>
        </w:rPr>
      </w:pPr>
      <w:r w:rsidRPr="00E41EFF">
        <w:rPr>
          <w:rFonts w:ascii="Arial" w:hAnsi="Arial"/>
          <w:sz w:val="14"/>
          <w:lang w:val="it-IT"/>
        </w:rPr>
        <w:t>-ad avvisare tempestivamente sia la struttura ospitante che l’istituzione scolastica se impossibilitato a recarsi nel luogo del tirocinio;</w:t>
      </w:r>
    </w:p>
    <w:p w:rsidR="00E91ED6" w:rsidRPr="00E41EFF" w:rsidRDefault="00000000">
      <w:pPr>
        <w:keepLines/>
        <w:spacing w:after="60"/>
        <w:rPr>
          <w:lang w:val="it-IT"/>
        </w:rPr>
      </w:pPr>
      <w:r w:rsidRPr="00E41EFF">
        <w:rPr>
          <w:rFonts w:ascii="Arial" w:hAnsi="Arial"/>
          <w:sz w:val="14"/>
          <w:lang w:val="it-IT"/>
        </w:rPr>
        <w:t>-a presentare idonea certificazione in caso di malattia;</w:t>
      </w:r>
    </w:p>
    <w:p w:rsidR="00E91ED6" w:rsidRPr="00E41EFF" w:rsidRDefault="00000000">
      <w:pPr>
        <w:keepLines/>
        <w:spacing w:after="60"/>
        <w:jc w:val="both"/>
        <w:rPr>
          <w:lang w:val="it-IT"/>
        </w:rPr>
      </w:pPr>
      <w:r w:rsidRPr="00E41EFF">
        <w:rPr>
          <w:rFonts w:ascii="Arial" w:hAnsi="Arial"/>
          <w:sz w:val="14"/>
          <w:lang w:val="it-IT"/>
        </w:rPr>
        <w:t>-a tenere un comportamento rispettoso nei riguardi di tutte le persone con le quali verrò a contatto presso la struttura ospitante;</w:t>
      </w:r>
    </w:p>
    <w:p w:rsidR="00E91ED6" w:rsidRPr="00E41EFF" w:rsidRDefault="00000000">
      <w:pPr>
        <w:keepLines/>
        <w:spacing w:after="60"/>
        <w:rPr>
          <w:lang w:val="it-IT"/>
        </w:rPr>
      </w:pPr>
      <w:r w:rsidRPr="00E41EFF">
        <w:rPr>
          <w:rFonts w:ascii="Arial" w:hAnsi="Arial"/>
          <w:sz w:val="14"/>
          <w:lang w:val="it-IT"/>
        </w:rPr>
        <w:t>-a completare in tutte le sue parti, l'apposito registro di presenza presso la struttura ospitante;</w:t>
      </w:r>
    </w:p>
    <w:p w:rsidR="00E91ED6" w:rsidRPr="00E41EFF" w:rsidRDefault="00000000">
      <w:pPr>
        <w:keepLines/>
        <w:spacing w:after="60"/>
        <w:jc w:val="both"/>
        <w:rPr>
          <w:lang w:val="it-IT"/>
        </w:rPr>
      </w:pPr>
      <w:r w:rsidRPr="00E41EFF">
        <w:rPr>
          <w:rFonts w:ascii="Arial" w:hAnsi="Arial"/>
          <w:sz w:val="14"/>
          <w:lang w:val="it-IT"/>
        </w:rPr>
        <w:t>-a comunicare tempestivamente e preventivamente al coordinatore del corso eventuali trasferte al di fuori della sede di svolgimento delle attività di F.S.L. per fiere, visite presso altre strutture del gruppo della struttura ospitante ecc.;</w:t>
      </w:r>
    </w:p>
    <w:p w:rsidR="00E91ED6" w:rsidRPr="00E41EFF" w:rsidRDefault="00000000">
      <w:pPr>
        <w:keepLines/>
        <w:spacing w:after="60"/>
        <w:jc w:val="both"/>
        <w:rPr>
          <w:lang w:val="it-IT"/>
        </w:rPr>
      </w:pPr>
      <w:r w:rsidRPr="00E41EFF">
        <w:rPr>
          <w:rFonts w:ascii="Arial" w:hAnsi="Arial"/>
          <w:sz w:val="14"/>
          <w:lang w:val="it-IT"/>
        </w:rPr>
        <w:t>-a raggiungere autonomamente la sede del soggetto ospitante in cui si svolgerà l’attività di Formazione Scuola Lavoro;</w:t>
      </w:r>
    </w:p>
    <w:p w:rsidR="00E91ED6" w:rsidRPr="00E41EFF" w:rsidRDefault="00000000">
      <w:pPr>
        <w:keepLines/>
        <w:spacing w:after="60"/>
        <w:jc w:val="both"/>
        <w:rPr>
          <w:lang w:val="it-IT"/>
        </w:rPr>
      </w:pPr>
      <w:r w:rsidRPr="00E41EFF">
        <w:rPr>
          <w:rFonts w:ascii="Arial" w:hAnsi="Arial"/>
          <w:sz w:val="14"/>
          <w:lang w:val="it-IT"/>
        </w:rPr>
        <w:t>-ad adottare per tutta la durata delle attività di alternanza le norme comportamentali previste dal C.C.N.L.;</w:t>
      </w:r>
    </w:p>
    <w:p w:rsidR="00E91ED6" w:rsidRDefault="00000000">
      <w:pPr>
        <w:keepLines/>
        <w:spacing w:after="60"/>
        <w:jc w:val="both"/>
      </w:pPr>
      <w:r w:rsidRPr="00E41EFF">
        <w:rPr>
          <w:rFonts w:ascii="Arial" w:hAnsi="Arial"/>
          <w:sz w:val="14"/>
          <w:lang w:val="it-IT"/>
        </w:rPr>
        <w:t>-ad osservare gli orari e i regolamenti interni dell'azienda, le norme antinfortunistiche, sulla sicurezza e quelle in materia di privacy.</w:t>
      </w:r>
    </w:p>
    <w:p w:rsidR="00E41EFF" w:rsidRDefault="00E41EFF">
      <w:pPr>
        <w:keepLines/>
        <w:spacing w:after="60"/>
        <w:rPr>
          <w:rFonts w:ascii="Arial" w:hAnsi="Arial"/>
          <w:sz w:val="14"/>
        </w:rPr>
      </w:pPr>
    </w:p>
    <w:p w:rsidR="00E91ED6" w:rsidRPr="00E41EFF" w:rsidRDefault="00000000">
      <w:pPr>
        <w:keepLines/>
        <w:spacing w:after="60"/>
        <w:rPr>
          <w:lang w:val="it-IT"/>
        </w:rPr>
      </w:pPr>
      <w:r w:rsidRPr="00E41EFF">
        <w:rPr>
          <w:rFonts w:ascii="Arial" w:hAnsi="Arial"/>
          <w:sz w:val="14"/>
          <w:lang w:val="it-IT"/>
        </w:rPr>
        <w:t xml:space="preserve">Roma, </w:t>
      </w:r>
      <w:r w:rsidRPr="00E41EFF">
        <w:rPr>
          <w:rFonts w:ascii="Arial" w:hAnsi="Arial"/>
          <w:sz w:val="14"/>
          <w:lang w:val="it-IT"/>
        </w:rPr>
        <w:tab/>
      </w:r>
      <w:r w:rsidRPr="00E41EFF">
        <w:rPr>
          <w:rFonts w:ascii="Arial" w:hAnsi="Arial"/>
          <w:sz w:val="14"/>
          <w:lang w:val="it-IT"/>
        </w:rPr>
        <w:tab/>
      </w:r>
      <w:r w:rsidRPr="00E41EFF">
        <w:rPr>
          <w:rFonts w:ascii="Arial" w:hAnsi="Arial"/>
          <w:sz w:val="14"/>
          <w:lang w:val="it-IT"/>
        </w:rPr>
        <w:tab/>
      </w:r>
      <w:r w:rsidRPr="00E41EFF">
        <w:rPr>
          <w:rFonts w:ascii="Arial" w:hAnsi="Arial"/>
          <w:sz w:val="14"/>
          <w:lang w:val="it-IT"/>
        </w:rPr>
        <w:tab/>
      </w:r>
      <w:r w:rsidRPr="00E41EFF">
        <w:rPr>
          <w:rFonts w:ascii="Arial" w:hAnsi="Arial"/>
          <w:sz w:val="14"/>
          <w:lang w:val="it-IT"/>
        </w:rPr>
        <w:tab/>
      </w:r>
      <w:r w:rsidRPr="00E41EFF">
        <w:rPr>
          <w:rFonts w:ascii="Arial" w:hAnsi="Arial"/>
          <w:sz w:val="14"/>
          <w:lang w:val="it-IT"/>
        </w:rPr>
        <w:tab/>
        <w:t>Firma dello studente/della studentessa</w:t>
      </w:r>
    </w:p>
    <w:p w:rsidR="00E91ED6" w:rsidRPr="00E41EFF" w:rsidRDefault="00000000">
      <w:pPr>
        <w:keepLines/>
        <w:spacing w:after="60"/>
        <w:rPr>
          <w:lang w:val="it-IT"/>
        </w:rPr>
      </w:pPr>
      <w:r w:rsidRPr="00E41EFF">
        <w:rPr>
          <w:rFonts w:ascii="Arial" w:hAnsi="Arial"/>
          <w:sz w:val="14"/>
          <w:lang w:val="it-IT"/>
        </w:rPr>
        <w:t>…………………………………………………</w:t>
      </w:r>
    </w:p>
    <w:p w:rsidR="00E41EFF" w:rsidRPr="00E41EFF" w:rsidRDefault="00E41EFF">
      <w:pPr>
        <w:keepLines/>
        <w:spacing w:after="60"/>
        <w:jc w:val="both"/>
        <w:rPr>
          <w:rFonts w:ascii="Arial" w:hAnsi="Arial"/>
          <w:sz w:val="14"/>
          <w:lang w:val="it-IT"/>
        </w:rPr>
      </w:pPr>
    </w:p>
    <w:p w:rsidR="00E41EFF" w:rsidRPr="00E41EFF" w:rsidRDefault="00E41EFF">
      <w:pPr>
        <w:keepLines/>
        <w:spacing w:after="60"/>
        <w:jc w:val="both"/>
        <w:rPr>
          <w:rFonts w:ascii="Arial" w:hAnsi="Arial"/>
          <w:sz w:val="14"/>
          <w:lang w:val="it-IT"/>
        </w:rPr>
      </w:pPr>
    </w:p>
    <w:p w:rsidR="00E41EFF" w:rsidRPr="00E41EFF" w:rsidRDefault="00E41EFF">
      <w:pPr>
        <w:keepLines/>
        <w:spacing w:after="60"/>
        <w:jc w:val="both"/>
        <w:rPr>
          <w:rFonts w:ascii="Arial" w:hAnsi="Arial"/>
          <w:sz w:val="14"/>
          <w:lang w:val="it-IT"/>
        </w:rPr>
      </w:pPr>
    </w:p>
    <w:p w:rsidR="00E91ED6" w:rsidRPr="00E41EFF" w:rsidRDefault="00000000">
      <w:pPr>
        <w:keepLines/>
        <w:spacing w:after="60"/>
        <w:jc w:val="both"/>
        <w:rPr>
          <w:lang w:val="it-IT"/>
        </w:rPr>
      </w:pPr>
      <w:r w:rsidRPr="00E41EFF">
        <w:rPr>
          <w:rFonts w:ascii="Arial" w:hAnsi="Arial"/>
          <w:sz w:val="14"/>
          <w:lang w:val="it-IT"/>
        </w:rPr>
        <w:t>l sottoscritti genitori/tutori………………………………………………………………………………………………… dell’alunno/a………………………………................................. dichiarano di aver preso visione di quanto riportato nella presente nota e di autorizzare lo/la studente/ssa ……………………………………………</w:t>
      </w:r>
    </w:p>
    <w:p w:rsidR="00E91ED6" w:rsidRPr="00E41EFF" w:rsidRDefault="00000000">
      <w:pPr>
        <w:keepLines/>
        <w:spacing w:after="60"/>
        <w:rPr>
          <w:lang w:val="it-IT"/>
        </w:rPr>
      </w:pPr>
      <w:r w:rsidRPr="00E41EFF">
        <w:rPr>
          <w:rFonts w:ascii="Arial" w:hAnsi="Arial"/>
          <w:sz w:val="14"/>
          <w:lang w:val="it-IT"/>
        </w:rPr>
        <w:t>a partecipare alle attività previste dal progetto.</w:t>
      </w:r>
    </w:p>
    <w:p w:rsidR="00E91ED6" w:rsidRPr="00E41EFF" w:rsidRDefault="00000000">
      <w:pPr>
        <w:keepLines/>
        <w:spacing w:after="60"/>
        <w:rPr>
          <w:lang w:val="it-IT"/>
        </w:rPr>
      </w:pPr>
      <w:r w:rsidRPr="00E41EFF">
        <w:rPr>
          <w:rFonts w:ascii="Arial" w:hAnsi="Arial"/>
          <w:sz w:val="14"/>
          <w:lang w:val="it-IT"/>
        </w:rPr>
        <w:t>Firma dei genitori /tutori</w:t>
      </w:r>
    </w:p>
    <w:p w:rsidR="00E91ED6" w:rsidRPr="00E41EFF" w:rsidRDefault="00000000">
      <w:pPr>
        <w:keepLines/>
        <w:spacing w:after="60"/>
        <w:rPr>
          <w:lang w:val="it-IT"/>
        </w:rPr>
      </w:pPr>
      <w:r w:rsidRPr="00E41EFF">
        <w:rPr>
          <w:rFonts w:ascii="Arial" w:hAnsi="Arial"/>
          <w:sz w:val="14"/>
          <w:lang w:val="it-IT"/>
        </w:rPr>
        <w:t>Genitore 1________________________________</w:t>
      </w:r>
    </w:p>
    <w:p w:rsidR="00E91ED6" w:rsidRPr="00E41EFF" w:rsidRDefault="00000000">
      <w:pPr>
        <w:keepLines/>
        <w:spacing w:after="60"/>
        <w:rPr>
          <w:lang w:val="it-IT"/>
        </w:rPr>
      </w:pPr>
      <w:r w:rsidRPr="00E41EFF">
        <w:rPr>
          <w:rFonts w:ascii="Arial" w:hAnsi="Arial"/>
          <w:sz w:val="14"/>
          <w:lang w:val="it-IT"/>
        </w:rPr>
        <w:t>Genitore 2________________________________</w:t>
      </w:r>
    </w:p>
    <w:p w:rsidR="00E41EFF" w:rsidRPr="00E41EFF" w:rsidRDefault="00E41EFF">
      <w:pPr>
        <w:keepLines/>
        <w:spacing w:after="60"/>
        <w:jc w:val="both"/>
        <w:rPr>
          <w:rFonts w:ascii="Arial" w:hAnsi="Arial"/>
          <w:sz w:val="14"/>
          <w:lang w:val="it-IT"/>
        </w:rPr>
      </w:pPr>
    </w:p>
    <w:p w:rsidR="00E41EFF" w:rsidRPr="00E41EFF" w:rsidRDefault="00E41EFF">
      <w:pPr>
        <w:keepLines/>
        <w:spacing w:after="60"/>
        <w:jc w:val="both"/>
        <w:rPr>
          <w:rFonts w:ascii="Arial" w:hAnsi="Arial"/>
          <w:sz w:val="14"/>
          <w:lang w:val="it-IT"/>
        </w:rPr>
      </w:pPr>
    </w:p>
    <w:p w:rsidR="00E41EFF" w:rsidRPr="00E41EFF" w:rsidRDefault="00E41EFF">
      <w:pPr>
        <w:keepLines/>
        <w:spacing w:after="60"/>
        <w:jc w:val="both"/>
        <w:rPr>
          <w:rFonts w:ascii="Arial" w:hAnsi="Arial"/>
          <w:sz w:val="14"/>
          <w:lang w:val="it-IT"/>
        </w:rPr>
      </w:pPr>
    </w:p>
    <w:p w:rsidR="00E91ED6" w:rsidRPr="00E41EFF" w:rsidRDefault="00000000">
      <w:pPr>
        <w:keepLines/>
        <w:spacing w:after="60"/>
        <w:jc w:val="both"/>
        <w:rPr>
          <w:lang w:val="it-IT"/>
        </w:rPr>
      </w:pPr>
      <w:r w:rsidRPr="00E41EFF">
        <w:rPr>
          <w:rFonts w:ascii="Arial" w:hAnsi="Arial"/>
          <w:sz w:val="14"/>
          <w:lang w:val="it-IT"/>
        </w:rPr>
        <w:t>Il/La sottoscritto/a, consapevole delle conseguenze amministrative e penali per chi rilasci dichiarazioni non corrispondenti a verità, ai sensi del D.P.R. 445/2000, dichiara di aver effettuato la scelta/richiesta in osservanza delle disposizioni sulla responsabilità genitoriale di cui agli artt. 316, 317, 337 ter e quater del codice civile, che richiedono il consenso di entrambi i genitori.</w:t>
      </w:r>
    </w:p>
    <w:p w:rsidR="00E91ED6" w:rsidRDefault="00000000">
      <w:pPr>
        <w:keepLines/>
        <w:spacing w:after="60"/>
      </w:pPr>
      <w:r>
        <w:rPr>
          <w:rFonts w:ascii="Arial" w:hAnsi="Arial"/>
          <w:sz w:val="14"/>
        </w:rPr>
        <w:t>Roma,</w:t>
      </w:r>
    </w:p>
    <w:p w:rsidR="00E91ED6" w:rsidRDefault="00000000">
      <w:pPr>
        <w:keepLines/>
        <w:spacing w:after="60"/>
      </w:pPr>
      <w:r>
        <w:rPr>
          <w:rFonts w:ascii="Arial" w:hAnsi="Arial"/>
          <w:sz w:val="14"/>
        </w:rPr>
        <w:t>Firma____________________________</w:t>
      </w:r>
    </w:p>
    <w:sectPr w:rsidR="00E91ED6" w:rsidSect="00034616">
      <w:headerReference w:type="default" r:id="rId8"/>
      <w:footerReference w:type="default" r:id="rId9"/>
      <w:pgSz w:w="12240" w:h="15840"/>
      <w:pgMar w:top="893" w:right="1134" w:bottom="794" w:left="1134" w:header="202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B7F2B" w:rsidRDefault="008B7F2B">
      <w:pPr>
        <w:spacing w:line="240" w:lineRule="auto"/>
      </w:pPr>
      <w:r>
        <w:separator/>
      </w:r>
    </w:p>
  </w:endnote>
  <w:endnote w:type="continuationSeparator" w:id="0">
    <w:p w:rsidR="008B7F2B" w:rsidRDefault="008B7F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A1BCB" w:rsidRPr="00F3011B" w:rsidRDefault="00000000">
    <w:pPr>
      <w:pStyle w:val="Pidipagina"/>
      <w:pBdr>
        <w:top w:val="single" w:sz="8" w:space="6" w:color="7A262D"/>
      </w:pBdr>
      <w:ind w:left="595" w:right="595"/>
      <w:jc w:val="center"/>
      <w:rPr>
        <w:lang w:val="it-IT"/>
      </w:rPr>
    </w:pPr>
    <w:r w:rsidRPr="00F3011B">
      <w:rPr>
        <w:color w:val="5F5F5F"/>
        <w:sz w:val="15"/>
        <w:lang w:val="it-IT"/>
      </w:rPr>
      <w:t>Via Giordano Bruno, 4 - 00195 Roma | Tel. 06 121123858 | www.liceotacito.edu.it</w:t>
    </w:r>
  </w:p>
  <w:p w:rsidR="003A1BCB" w:rsidRPr="00F3011B" w:rsidRDefault="00F3011B">
    <w:pPr>
      <w:jc w:val="center"/>
      <w:rPr>
        <w:lang w:val="it-IT"/>
      </w:rPr>
    </w:pPr>
    <w:r>
      <w:rPr>
        <w:color w:val="5F5F5F"/>
        <w:sz w:val="14"/>
        <w:lang w:val="it-IT"/>
      </w:rPr>
      <w:t xml:space="preserve">PEO </w:t>
    </w:r>
    <w:r w:rsidRPr="00F3011B">
      <w:rPr>
        <w:color w:val="5F5F5F"/>
        <w:sz w:val="14"/>
        <w:lang w:val="it-IT"/>
      </w:rPr>
      <w:t>rmpc220009@istruzione.it | PEC rmpc220009@pec.istruzione.it | C.F. 80226930586 | Codice meccanografico RMPC220009</w:t>
    </w:r>
  </w:p>
  <w:p w:rsidR="003A1BCB" w:rsidRPr="00F3011B" w:rsidRDefault="00000000">
    <w:pPr>
      <w:jc w:val="center"/>
      <w:rPr>
        <w:lang w:val="it-IT"/>
      </w:rPr>
    </w:pPr>
    <w:r w:rsidRPr="00F3011B">
      <w:rPr>
        <w:color w:val="5F5F5F"/>
        <w:sz w:val="14"/>
        <w:lang w:val="it-IT"/>
      </w:rPr>
      <w:t>Sede succursale: Via Sebastiano Vinci, 1 - 00168 Roma | Tel. 06 121128405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B7F2B" w:rsidRDefault="008B7F2B">
      <w:pPr>
        <w:spacing w:line="240" w:lineRule="auto"/>
      </w:pPr>
      <w:r>
        <w:separator/>
      </w:r>
    </w:p>
  </w:footnote>
  <w:footnote w:type="continuationSeparator" w:id="0">
    <w:p w:rsidR="008B7F2B" w:rsidRDefault="008B7F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A1BCB" w:rsidRDefault="003A1BCB">
    <w:pPr>
      <w:pStyle w:val="Intestazione"/>
    </w:pPr>
  </w:p>
  <w:p w:rsidR="005034D6" w:rsidRDefault="005034D6">
    <w:pPr>
      <w:pStyle w:val="Intestazione"/>
    </w:pPr>
  </w:p>
  <w:p w:rsidR="00AD0A21" w:rsidRDefault="00AD0A21">
    <w:pPr>
      <w:pStyle w:val="Intestazione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1368"/>
      <w:gridCol w:w="7243"/>
      <w:gridCol w:w="1368"/>
    </w:tblGrid>
    <w:tr w:rsidR="003A1BCB">
      <w:trPr>
        <w:jc w:val="center"/>
      </w:trPr>
      <w:tc>
        <w:tcPr>
          <w:tcW w:w="1368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3A1BCB" w:rsidRDefault="00000000">
          <w:pPr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347472" cy="692142"/>
                <wp:effectExtent l="0" t="0" r="0" b="0"/>
                <wp:docPr id="38386664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tacito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7472" cy="6921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43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3A1BCB" w:rsidRPr="009D17F7" w:rsidRDefault="00000000">
          <w:pPr>
            <w:spacing w:line="252" w:lineRule="auto"/>
            <w:jc w:val="center"/>
            <w:rPr>
              <w:rFonts w:cs="Times New Roman"/>
              <w:lang w:val="it-IT"/>
            </w:rPr>
          </w:pPr>
          <w:r w:rsidRPr="009D17F7">
            <w:rPr>
              <w:rFonts w:cs="Times New Roman"/>
              <w:color w:val="000000"/>
              <w:sz w:val="28"/>
              <w:szCs w:val="28"/>
              <w:lang w:val="it-IT"/>
            </w:rPr>
            <w:t>Ministero dell’Istruzione e del Merito</w:t>
          </w:r>
          <w:r w:rsidRPr="009D17F7">
            <w:rPr>
              <w:rFonts w:cs="Times New Roman"/>
              <w:sz w:val="24"/>
              <w:szCs w:val="24"/>
              <w:lang w:val="it-IT"/>
            </w:rPr>
            <w:br/>
          </w:r>
          <w:r w:rsidRPr="009D17F7">
            <w:rPr>
              <w:rFonts w:cs="Times New Roman"/>
              <w:b/>
              <w:bCs/>
              <w:color w:val="000000"/>
              <w:sz w:val="28"/>
              <w:szCs w:val="28"/>
              <w:lang w:val="it-IT"/>
            </w:rPr>
            <w:t>Liceo Ginnasio Statale</w:t>
          </w:r>
          <w:r w:rsidR="009D17F7" w:rsidRPr="009D17F7">
            <w:rPr>
              <w:rFonts w:cs="Times New Roman"/>
              <w:b/>
              <w:bCs/>
              <w:lang w:val="it-IT"/>
            </w:rPr>
            <w:t xml:space="preserve"> </w:t>
          </w:r>
          <w:r w:rsidRPr="009D17F7">
            <w:rPr>
              <w:rFonts w:cs="Times New Roman"/>
              <w:b/>
              <w:bCs/>
              <w:color w:val="000000"/>
              <w:sz w:val="28"/>
              <w:lang w:val="it-IT"/>
            </w:rPr>
            <w:t>“Cornelio Tacito”</w:t>
          </w:r>
          <w:r w:rsidRPr="009D17F7">
            <w:rPr>
              <w:rFonts w:cs="Times New Roman"/>
              <w:lang w:val="it-IT"/>
            </w:rPr>
            <w:br/>
          </w:r>
          <w:r w:rsidRPr="009D17F7">
            <w:rPr>
              <w:rFonts w:cs="Times New Roman"/>
              <w:color w:val="000000"/>
              <w:sz w:val="19"/>
              <w:lang w:val="it-IT"/>
            </w:rPr>
            <w:t xml:space="preserve">Liceo Classico </w:t>
          </w:r>
          <w:r w:rsidR="009D17F7" w:rsidRPr="009D17F7">
            <w:rPr>
              <w:rFonts w:ascii="Segoe UI Symbol" w:hAnsi="Segoe UI Symbol" w:cs="Segoe UI Symbol"/>
              <w:color w:val="000000"/>
              <w:sz w:val="19"/>
              <w:lang w:val="it-IT"/>
            </w:rPr>
            <w:t>◆</w:t>
          </w:r>
          <w:r w:rsidR="009D17F7" w:rsidRPr="009D17F7">
            <w:rPr>
              <w:rFonts w:cs="Times New Roman"/>
              <w:color w:val="000000"/>
              <w:sz w:val="19"/>
              <w:lang w:val="it-IT"/>
            </w:rPr>
            <w:t xml:space="preserve"> </w:t>
          </w:r>
          <w:r w:rsidRPr="009D17F7">
            <w:rPr>
              <w:rFonts w:cs="Times New Roman"/>
              <w:color w:val="000000"/>
              <w:sz w:val="19"/>
              <w:lang w:val="it-IT"/>
            </w:rPr>
            <w:t>Liceo Linguistico</w:t>
          </w:r>
        </w:p>
      </w:tc>
      <w:tc>
        <w:tcPr>
          <w:tcW w:w="1368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3A1BCB" w:rsidRDefault="00000000">
          <w:pPr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512064" cy="519326"/>
                <wp:effectExtent l="0" t="0" r="0" b="0"/>
                <wp:docPr id="391517540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93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7E1714" w:rsidRDefault="007E1714">
    <w:pPr>
      <w:pBdr>
        <w:bottom w:val="single" w:sz="6" w:space="1" w:color="7A262D"/>
      </w:pBdr>
      <w:spacing w:before="100" w:line="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369"/>
        </w:tabs>
        <w:ind w:left="369" w:hanging="369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369"/>
        </w:tabs>
        <w:ind w:left="369" w:hanging="369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369"/>
        </w:tabs>
        <w:ind w:left="369" w:hanging="369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369"/>
        </w:tabs>
        <w:ind w:left="369" w:hanging="369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369"/>
        </w:tabs>
        <w:ind w:left="369" w:hanging="369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369"/>
        </w:tabs>
        <w:ind w:left="369" w:hanging="369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369"/>
        </w:tabs>
        <w:ind w:left="369" w:hanging="369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9"/>
        </w:tabs>
        <w:ind w:left="369" w:hanging="369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9"/>
        </w:tabs>
        <w:ind w:left="369" w:hanging="369"/>
      </w:pPr>
      <w:rPr>
        <w:rFonts w:ascii="Symbol" w:hAnsi="Symbol" w:hint="default"/>
      </w:rPr>
    </w:lvl>
  </w:abstractNum>
  <w:num w:numId="1" w16cid:durableId="1325165439">
    <w:abstractNumId w:val="8"/>
  </w:num>
  <w:num w:numId="2" w16cid:durableId="564334532">
    <w:abstractNumId w:val="6"/>
  </w:num>
  <w:num w:numId="3" w16cid:durableId="1100494374">
    <w:abstractNumId w:val="5"/>
  </w:num>
  <w:num w:numId="4" w16cid:durableId="1673265398">
    <w:abstractNumId w:val="4"/>
  </w:num>
  <w:num w:numId="5" w16cid:durableId="402412630">
    <w:abstractNumId w:val="7"/>
  </w:num>
  <w:num w:numId="6" w16cid:durableId="1880242306">
    <w:abstractNumId w:val="3"/>
  </w:num>
  <w:num w:numId="7" w16cid:durableId="1977561348">
    <w:abstractNumId w:val="2"/>
  </w:num>
  <w:num w:numId="8" w16cid:durableId="1362170641">
    <w:abstractNumId w:val="1"/>
  </w:num>
  <w:num w:numId="9" w16cid:durableId="1367409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8"/>
  <w:proofState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A1BCB"/>
    <w:rsid w:val="005034D6"/>
    <w:rsid w:val="00582B3F"/>
    <w:rsid w:val="007E1714"/>
    <w:rsid w:val="00812606"/>
    <w:rsid w:val="00895267"/>
    <w:rsid w:val="008962C8"/>
    <w:rsid w:val="008B7F2B"/>
    <w:rsid w:val="009D17F7"/>
    <w:rsid w:val="00A86872"/>
    <w:rsid w:val="00A97745"/>
    <w:rsid w:val="00AA1D8D"/>
    <w:rsid w:val="00AD0A21"/>
    <w:rsid w:val="00B4426A"/>
    <w:rsid w:val="00B47730"/>
    <w:rsid w:val="00CB0664"/>
    <w:rsid w:val="00DF4099"/>
    <w:rsid w:val="00E41EFF"/>
    <w:rsid w:val="00E91ED6"/>
    <w:rsid w:val="00F3011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62AF9B"/>
  <w14:defaultImageDpi w14:val="300"/>
  <w15:docId w15:val="{462563E1-8C42-364B-B7D6-58C817D23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0"/>
    </w:pPr>
    <w:rPr>
      <w:rFonts w:ascii="Aptos" w:hAnsi="Apto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spacing w:after="120"/>
      <w:ind w:left="369" w:hanging="369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  <w:jc w:val="both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spacing w:after="120"/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spacing w:after="120"/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Numeropagina">
    <w:name w:val="page number"/>
    <w:basedOn w:val="Carpredefinitoparagrafo"/>
    <w:uiPriority w:val="99"/>
    <w:semiHidden/>
    <w:unhideWhenUsed/>
    <w:rsid w:val="00A977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655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12</cp:revision>
  <dcterms:created xsi:type="dcterms:W3CDTF">2013-12-23T23:15:00Z</dcterms:created>
  <dcterms:modified xsi:type="dcterms:W3CDTF">2026-11-01T19:08:00Z</dcterms:modified>
  <cp:category/>
</cp:coreProperties>
</file>