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3CCE" w:rsidRDefault="00A73CCE">
      <w:pPr>
        <w:spacing w:after="0"/>
        <w:jc w:val="center"/>
        <w:rPr>
          <w:b/>
          <w:sz w:val="19"/>
        </w:rPr>
      </w:pPr>
    </w:p>
    <w:p w:rsidR="00A73CCE" w:rsidRDefault="00A73CCE">
      <w:pPr>
        <w:spacing w:after="0"/>
        <w:jc w:val="center"/>
        <w:rPr>
          <w:b/>
          <w:sz w:val="19"/>
        </w:rPr>
      </w:pPr>
      <w:r w:rsidRPr="004704E7">
        <w:rPr>
          <w:noProof/>
        </w:rPr>
        <w:drawing>
          <wp:inline distT="0" distB="0" distL="0" distR="0" wp14:anchorId="7DED078C" wp14:editId="094772D0">
            <wp:extent cx="588528" cy="5993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28" cy="59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7AC" w:rsidRPr="00A73CCE" w:rsidRDefault="00000000">
      <w:pPr>
        <w:spacing w:after="0"/>
        <w:jc w:val="center"/>
        <w:rPr>
          <w:lang w:val="it-IT"/>
        </w:rPr>
      </w:pPr>
      <w:r w:rsidRPr="00A73CCE">
        <w:rPr>
          <w:b/>
          <w:sz w:val="19"/>
          <w:lang w:val="it-IT"/>
        </w:rPr>
        <w:t>MINISTERO DELL'ISTRUZIONE E DEL MERITO</w:t>
      </w:r>
    </w:p>
    <w:p w:rsidR="007247AC" w:rsidRPr="00A73CCE" w:rsidRDefault="00000000">
      <w:pPr>
        <w:spacing w:after="0"/>
        <w:jc w:val="center"/>
        <w:rPr>
          <w:lang w:val="it-IT"/>
        </w:rPr>
      </w:pPr>
      <w:r w:rsidRPr="00A73CCE">
        <w:rPr>
          <w:b/>
          <w:sz w:val="22"/>
          <w:lang w:val="it-IT"/>
        </w:rPr>
        <w:t>LICEO GINNASIO STATALE "CORNELIO TACITO"</w:t>
      </w:r>
    </w:p>
    <w:p w:rsidR="007247AC" w:rsidRPr="00A73CCE" w:rsidRDefault="00000000">
      <w:pPr>
        <w:spacing w:after="0"/>
        <w:jc w:val="center"/>
        <w:rPr>
          <w:lang w:val="it-IT"/>
        </w:rPr>
      </w:pPr>
      <w:r w:rsidRPr="00A73CCE">
        <w:rPr>
          <w:sz w:val="17"/>
          <w:lang w:val="it-IT"/>
        </w:rPr>
        <w:t>Via Giordano Bruno, 4 - 00195 Roma - Tel. 06/121123858</w:t>
      </w:r>
    </w:p>
    <w:p w:rsidR="007247AC" w:rsidRPr="00A73CCE" w:rsidRDefault="00000000">
      <w:pPr>
        <w:spacing w:after="0"/>
        <w:jc w:val="center"/>
        <w:rPr>
          <w:lang w:val="it-IT"/>
        </w:rPr>
      </w:pPr>
      <w:r w:rsidRPr="00A73CCE">
        <w:rPr>
          <w:sz w:val="17"/>
          <w:lang w:val="it-IT"/>
        </w:rPr>
        <w:t>e-mail: rmpc220009@istruzione.it - PEC: rmpc220009@pec.istruzione.it</w:t>
      </w:r>
    </w:p>
    <w:p w:rsidR="007247AC" w:rsidRPr="00A73CCE" w:rsidRDefault="00000000">
      <w:pPr>
        <w:pBdr>
          <w:bottom w:val="single" w:sz="6" w:space="1" w:color="808080"/>
        </w:pBdr>
        <w:jc w:val="center"/>
        <w:rPr>
          <w:lang w:val="it-IT"/>
        </w:rPr>
      </w:pPr>
      <w:r w:rsidRPr="00A73CCE">
        <w:rPr>
          <w:sz w:val="17"/>
          <w:lang w:val="it-IT"/>
        </w:rPr>
        <w:t>Sede succursale: Via Sebastiano Vinci, 1 - 00168 Roma - C.F. 80226930586 - Codice Scuola RMPC220009</w:t>
      </w:r>
    </w:p>
    <w:p w:rsidR="00A73CCE" w:rsidRDefault="00A73CCE">
      <w:pPr>
        <w:keepNext/>
        <w:spacing w:before="40" w:after="100"/>
        <w:jc w:val="center"/>
        <w:rPr>
          <w:b/>
          <w:sz w:val="21"/>
          <w:lang w:val="it-IT"/>
        </w:rPr>
      </w:pPr>
    </w:p>
    <w:p w:rsidR="007247AC" w:rsidRDefault="00000000">
      <w:pPr>
        <w:keepNext/>
        <w:spacing w:before="40" w:after="100"/>
        <w:jc w:val="center"/>
        <w:rPr>
          <w:b/>
          <w:sz w:val="21"/>
          <w:lang w:val="it-IT"/>
        </w:rPr>
      </w:pPr>
      <w:r w:rsidRPr="00A73CCE">
        <w:rPr>
          <w:b/>
          <w:sz w:val="21"/>
          <w:lang w:val="it-IT"/>
        </w:rPr>
        <w:t>ALLEGATO 4 - AUTORIZZAZIONE / ADESIONE ALL’ATTIVITÀ ESTERNA DI</w:t>
      </w:r>
      <w:r w:rsidRPr="00A73CCE">
        <w:rPr>
          <w:b/>
          <w:sz w:val="21"/>
          <w:lang w:val="it-IT"/>
        </w:rPr>
        <w:br/>
        <w:t>FORMAZIONE SCUOLA-LAVORO</w:t>
      </w:r>
    </w:p>
    <w:p w:rsidR="00A73CCE" w:rsidRPr="00A73CCE" w:rsidRDefault="00A73CCE">
      <w:pPr>
        <w:keepNext/>
        <w:spacing w:before="40" w:after="100"/>
        <w:jc w:val="center"/>
        <w:rPr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3"/>
        <w:gridCol w:w="5813"/>
      </w:tblGrid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proofErr w:type="spellStart"/>
            <w:r>
              <w:rPr>
                <w:b/>
                <w:sz w:val="17"/>
              </w:rPr>
              <w:t>Studente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ssa</w:t>
            </w:r>
            <w:proofErr w:type="spellEnd"/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Classe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Percorso FSL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Struttura/soggetto ospitante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Sede dell’attività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Data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Orario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Dalle ore ________ alle ore ________</w:t>
            </w:r>
          </w:p>
        </w:tc>
      </w:tr>
      <w:tr w:rsidR="007247AC" w:rsidRPr="00A73CCE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b/>
                <w:sz w:val="17"/>
              </w:rPr>
              <w:t>Modalità di accesso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Pr="00A73CCE" w:rsidRDefault="00000000">
            <w:pPr>
              <w:rPr>
                <w:lang w:val="it-IT"/>
              </w:rPr>
            </w:pPr>
            <w:proofErr w:type="gramStart"/>
            <w:r w:rsidRPr="00A73CCE">
              <w:rPr>
                <w:sz w:val="17"/>
                <w:lang w:val="it-IT"/>
              </w:rPr>
              <w:t>[ ]</w:t>
            </w:r>
            <w:proofErr w:type="gramEnd"/>
            <w:r w:rsidRPr="00A73CCE">
              <w:rPr>
                <w:sz w:val="17"/>
                <w:lang w:val="it-IT"/>
              </w:rPr>
              <w:t xml:space="preserve"> Da scuola  [ ] Ritrovo diretto in sede  [ ] Trasporto pubblico  [ ] Altro: __________</w:t>
            </w:r>
          </w:p>
        </w:tc>
      </w:tr>
      <w:tr w:rsidR="007247AC" w:rsidRPr="00A73CCE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proofErr w:type="spellStart"/>
            <w:r>
              <w:rPr>
                <w:b/>
                <w:sz w:val="17"/>
              </w:rPr>
              <w:t>Conclusione</w:t>
            </w:r>
            <w:proofErr w:type="spellEnd"/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Pr="00A73CCE" w:rsidRDefault="00000000">
            <w:pPr>
              <w:rPr>
                <w:lang w:val="it-IT"/>
              </w:rPr>
            </w:pPr>
            <w:proofErr w:type="gramStart"/>
            <w:r w:rsidRPr="00A73CCE">
              <w:rPr>
                <w:sz w:val="17"/>
                <w:lang w:val="it-IT"/>
              </w:rPr>
              <w:t>[ ]</w:t>
            </w:r>
            <w:proofErr w:type="gramEnd"/>
            <w:r w:rsidRPr="00A73CCE">
              <w:rPr>
                <w:sz w:val="17"/>
                <w:lang w:val="it-IT"/>
              </w:rPr>
              <w:t xml:space="preserve"> Rientro a scuola  [ ] Termine in sede con rientro autonomo  [ ] Altro: _______________</w:t>
            </w:r>
          </w:p>
        </w:tc>
      </w:tr>
      <w:tr w:rsidR="007247AC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proofErr w:type="spellStart"/>
            <w:r>
              <w:rPr>
                <w:b/>
                <w:sz w:val="17"/>
              </w:rPr>
              <w:t>Docente</w:t>
            </w:r>
            <w:proofErr w:type="spellEnd"/>
            <w:r>
              <w:rPr>
                <w:b/>
                <w:sz w:val="17"/>
              </w:rPr>
              <w:t xml:space="preserve"> tutor/</w:t>
            </w:r>
            <w:proofErr w:type="spellStart"/>
            <w:r>
              <w:rPr>
                <w:b/>
                <w:sz w:val="17"/>
              </w:rPr>
              <w:t>referente</w:t>
            </w:r>
            <w:proofErr w:type="spellEnd"/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247AC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</w:tbl>
    <w:p w:rsidR="00A73CCE" w:rsidRDefault="00A73CCE">
      <w:pPr>
        <w:keepNext/>
        <w:rPr>
          <w:b/>
        </w:rPr>
      </w:pPr>
    </w:p>
    <w:p w:rsidR="00A73CCE" w:rsidRDefault="00A73CCE">
      <w:pPr>
        <w:keepNext/>
        <w:rPr>
          <w:b/>
        </w:rPr>
      </w:pPr>
    </w:p>
    <w:p w:rsidR="007247AC" w:rsidRDefault="00000000">
      <w:pPr>
        <w:keepNext/>
      </w:pPr>
      <w:r>
        <w:rPr>
          <w:b/>
        </w:rPr>
        <w:t>PER STUDENTE MINORENNE - AUTORIZZAZIONE</w:t>
      </w:r>
    </w:p>
    <w:p w:rsidR="007247AC" w:rsidRPr="00A73CCE" w:rsidRDefault="00000000">
      <w:pPr>
        <w:jc w:val="both"/>
        <w:rPr>
          <w:lang w:val="it-IT"/>
        </w:rPr>
      </w:pPr>
      <w:r w:rsidRPr="00A73CCE">
        <w:rPr>
          <w:sz w:val="17"/>
          <w:lang w:val="it-IT"/>
        </w:rPr>
        <w:t>Il/La sottoscritto/a ______________________________________________, genitore/esercente la responsabilità genitoriale dello/a studente/</w:t>
      </w:r>
      <w:proofErr w:type="spellStart"/>
      <w:r w:rsidRPr="00A73CCE">
        <w:rPr>
          <w:sz w:val="17"/>
          <w:lang w:val="it-IT"/>
        </w:rPr>
        <w:t>ssa</w:t>
      </w:r>
      <w:proofErr w:type="spellEnd"/>
      <w:r w:rsidRPr="00A73CCE">
        <w:rPr>
          <w:sz w:val="17"/>
          <w:lang w:val="it-IT"/>
        </w:rPr>
        <w:t xml:space="preserve"> sopra indicato/a, AUTORIZZA la partecipazione all’attività esterna di Formazione scuola-lavoro e dichiara di aver preso visione delle modalità organizzative sopra riportate.</w:t>
      </w:r>
    </w:p>
    <w:p w:rsidR="007247AC" w:rsidRPr="00A73CCE" w:rsidRDefault="00000000">
      <w:pPr>
        <w:rPr>
          <w:lang w:val="it-IT"/>
        </w:rPr>
      </w:pPr>
      <w:proofErr w:type="gramStart"/>
      <w:r w:rsidRPr="00A73CCE">
        <w:rPr>
          <w:sz w:val="17"/>
          <w:lang w:val="it-IT"/>
        </w:rPr>
        <w:t>[ ]</w:t>
      </w:r>
      <w:proofErr w:type="gramEnd"/>
      <w:r w:rsidRPr="00A73CCE">
        <w:rPr>
          <w:sz w:val="17"/>
          <w:lang w:val="it-IT"/>
        </w:rPr>
        <w:t xml:space="preserve"> Autorizza il raggiungimento autonomo della sede, se previsto.   </w:t>
      </w:r>
      <w:proofErr w:type="gramStart"/>
      <w:r w:rsidRPr="00A73CCE">
        <w:rPr>
          <w:sz w:val="17"/>
          <w:lang w:val="it-IT"/>
        </w:rPr>
        <w:t>[ ]</w:t>
      </w:r>
      <w:proofErr w:type="gramEnd"/>
      <w:r w:rsidRPr="00A73CCE">
        <w:rPr>
          <w:sz w:val="17"/>
          <w:lang w:val="it-IT"/>
        </w:rPr>
        <w:t xml:space="preserve"> Autorizza il rientro autonomo al domicilio al termine dell’attività, se previsto.</w:t>
      </w:r>
    </w:p>
    <w:p w:rsidR="007247AC" w:rsidRPr="00A73CCE" w:rsidRDefault="00000000">
      <w:pPr>
        <w:rPr>
          <w:lang w:val="it-IT"/>
        </w:rPr>
      </w:pPr>
      <w:r w:rsidRPr="00A73CCE">
        <w:rPr>
          <w:sz w:val="17"/>
          <w:lang w:val="it-IT"/>
        </w:rPr>
        <w:t>Firma genitore 1 ______________________________    Firma genitore 2 ______________________________</w:t>
      </w:r>
    </w:p>
    <w:p w:rsidR="007247AC" w:rsidRPr="00A73CCE" w:rsidRDefault="00000000">
      <w:pPr>
        <w:rPr>
          <w:lang w:val="it-IT"/>
        </w:rPr>
      </w:pPr>
      <w:r w:rsidRPr="00A73CCE">
        <w:rPr>
          <w:i/>
          <w:sz w:val="15"/>
          <w:lang w:val="it-IT"/>
        </w:rPr>
        <w:t>In caso di firma di un solo genitore: il/la sottoscritto/a dichiara di aver effettuato la scelta in osservanza degli artt. 316, 337-ter e 337-quater del Codice civile, che richiedono la condivisione delle decisioni di maggiore interesse da parte di entrambi i genitori/esercenti la responsabilità genitoriale, ove applicabile, ed è consapevole delle responsabilità previste dal D.P.R. 28 dicembre 2000, n. 445 in caso di dichiarazioni non veritiere.</w:t>
      </w:r>
    </w:p>
    <w:p w:rsidR="00A73CCE" w:rsidRDefault="00A73CCE">
      <w:pPr>
        <w:keepNext/>
        <w:rPr>
          <w:b/>
          <w:lang w:val="it-IT"/>
        </w:rPr>
      </w:pPr>
    </w:p>
    <w:p w:rsidR="00A73CCE" w:rsidRDefault="00A73CCE">
      <w:pPr>
        <w:keepNext/>
        <w:rPr>
          <w:b/>
          <w:lang w:val="it-IT"/>
        </w:rPr>
      </w:pPr>
    </w:p>
    <w:p w:rsidR="007247AC" w:rsidRPr="00A73CCE" w:rsidRDefault="00000000">
      <w:pPr>
        <w:keepNext/>
        <w:rPr>
          <w:lang w:val="it-IT"/>
        </w:rPr>
      </w:pPr>
      <w:r w:rsidRPr="00A73CCE">
        <w:rPr>
          <w:b/>
          <w:lang w:val="it-IT"/>
        </w:rPr>
        <w:t>PER STUDENTE MAGGIORENNE - ADESIONE</w:t>
      </w:r>
    </w:p>
    <w:p w:rsidR="007247AC" w:rsidRPr="00A73CCE" w:rsidRDefault="00000000">
      <w:pPr>
        <w:rPr>
          <w:lang w:val="it-IT"/>
        </w:rPr>
      </w:pPr>
      <w:r w:rsidRPr="00A73CCE">
        <w:rPr>
          <w:sz w:val="17"/>
          <w:lang w:val="it-IT"/>
        </w:rPr>
        <w:t>Il/La sottoscritto/a ______________________________________________, studente/</w:t>
      </w:r>
      <w:proofErr w:type="spellStart"/>
      <w:r w:rsidRPr="00A73CCE">
        <w:rPr>
          <w:sz w:val="17"/>
          <w:lang w:val="it-IT"/>
        </w:rPr>
        <w:t>ssa</w:t>
      </w:r>
      <w:proofErr w:type="spellEnd"/>
      <w:r w:rsidRPr="00A73CCE">
        <w:rPr>
          <w:sz w:val="17"/>
          <w:lang w:val="it-IT"/>
        </w:rPr>
        <w:t xml:space="preserve"> maggiorenne, DICHIARA di aderire all’attività sopra descritta e di aver preso visione delle modalità organizzative indicate.</w:t>
      </w:r>
    </w:p>
    <w:p w:rsidR="007247AC" w:rsidRPr="00A73CCE" w:rsidRDefault="00000000">
      <w:pPr>
        <w:spacing w:before="40" w:after="40"/>
        <w:rPr>
          <w:lang w:val="it-IT"/>
        </w:rPr>
      </w:pPr>
      <w:r w:rsidRPr="00A73CCE">
        <w:rPr>
          <w:i/>
          <w:sz w:val="16"/>
          <w:lang w:val="it-IT"/>
        </w:rPr>
        <w:t>Nota: la presente autorizzazione/adesione riguarda la specifica attività esterna e non sostituisce la documentazione prevista per il percorso di Formazione scuola-lavoro. Le tutele assicurative operano secondo la normativa vigente e la polizza integrativa d’Istituto, nei rispettivi ambiti e limiti.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7247AC">
        <w:trPr>
          <w:jc w:val="center"/>
        </w:trPr>
        <w:tc>
          <w:tcPr>
            <w:tcW w:w="4535" w:type="dxa"/>
          </w:tcPr>
          <w:p w:rsidR="007247AC" w:rsidRDefault="00000000">
            <w:r>
              <w:rPr>
                <w:sz w:val="19"/>
              </w:rPr>
              <w:t>Roma, __________________</w:t>
            </w:r>
          </w:p>
        </w:tc>
        <w:tc>
          <w:tcPr>
            <w:tcW w:w="4535" w:type="dxa"/>
          </w:tcPr>
          <w:p w:rsidR="007247AC" w:rsidRDefault="00000000">
            <w:pPr>
              <w:jc w:val="right"/>
            </w:pPr>
            <w:r>
              <w:rPr>
                <w:sz w:val="19"/>
              </w:rPr>
              <w:t>Firma ______________________________</w:t>
            </w:r>
          </w:p>
        </w:tc>
      </w:tr>
    </w:tbl>
    <w:p w:rsidR="00C72B91" w:rsidRDefault="00C72B91"/>
    <w:sectPr w:rsidR="00C72B91" w:rsidSect="00034616">
      <w:footerReference w:type="default" r:id="rId9"/>
      <w:pgSz w:w="12240" w:h="15840"/>
      <w:pgMar w:top="567" w:right="737" w:bottom="62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2B91" w:rsidRDefault="00C72B91">
      <w:pPr>
        <w:spacing w:after="0" w:line="240" w:lineRule="auto"/>
      </w:pPr>
      <w:r>
        <w:separator/>
      </w:r>
    </w:p>
  </w:endnote>
  <w:endnote w:type="continuationSeparator" w:id="0">
    <w:p w:rsidR="00C72B91" w:rsidRDefault="00C72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47AC" w:rsidRPr="00A73CCE" w:rsidRDefault="00000000">
    <w:pPr>
      <w:pStyle w:val="Pidipagina"/>
      <w:jc w:val="center"/>
      <w:rPr>
        <w:lang w:val="it-IT"/>
      </w:rPr>
    </w:pPr>
    <w:r w:rsidRPr="00A73CCE">
      <w:rPr>
        <w:sz w:val="16"/>
        <w:lang w:val="it-IT"/>
      </w:rPr>
      <w:t>Liceo Ginnasio Statale "Cornelio Tacito" -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2B91" w:rsidRDefault="00C72B91">
      <w:pPr>
        <w:spacing w:after="0" w:line="240" w:lineRule="auto"/>
      </w:pPr>
      <w:r>
        <w:separator/>
      </w:r>
    </w:p>
  </w:footnote>
  <w:footnote w:type="continuationSeparator" w:id="0">
    <w:p w:rsidR="00C72B91" w:rsidRDefault="00C72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1931716">
    <w:abstractNumId w:val="8"/>
  </w:num>
  <w:num w:numId="2" w16cid:durableId="1948541439">
    <w:abstractNumId w:val="6"/>
  </w:num>
  <w:num w:numId="3" w16cid:durableId="1569729154">
    <w:abstractNumId w:val="5"/>
  </w:num>
  <w:num w:numId="4" w16cid:durableId="2115326405">
    <w:abstractNumId w:val="4"/>
  </w:num>
  <w:num w:numId="5" w16cid:durableId="1705977546">
    <w:abstractNumId w:val="7"/>
  </w:num>
  <w:num w:numId="6" w16cid:durableId="1414551576">
    <w:abstractNumId w:val="3"/>
  </w:num>
  <w:num w:numId="7" w16cid:durableId="1814254574">
    <w:abstractNumId w:val="2"/>
  </w:num>
  <w:num w:numId="8" w16cid:durableId="74593949">
    <w:abstractNumId w:val="1"/>
  </w:num>
  <w:num w:numId="9" w16cid:durableId="187623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47AC"/>
    <w:rsid w:val="00A73CCE"/>
    <w:rsid w:val="00AA1D8D"/>
    <w:rsid w:val="00B47730"/>
    <w:rsid w:val="00C72B9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7AF106"/>
  <w14:defaultImageDpi w14:val="300"/>
  <w15:docId w15:val="{2388FB1A-05B2-2D44-882A-8663D5DE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7" w:lineRule="auto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2026-09-25T14:22:00Z</dcterms:modified>
  <cp:category/>
</cp:coreProperties>
</file>