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3E46" w:rsidRDefault="008D3E46">
      <w:pPr>
        <w:spacing w:after="0"/>
        <w:jc w:val="center"/>
        <w:rPr>
          <w:b/>
          <w:sz w:val="19"/>
          <w:lang w:val="it-IT"/>
        </w:rPr>
      </w:pPr>
      <w:r w:rsidRPr="004704E7">
        <w:rPr>
          <w:noProof/>
        </w:rPr>
        <w:drawing>
          <wp:inline distT="0" distB="0" distL="0" distR="0" wp14:anchorId="7DED078C" wp14:editId="094772D0">
            <wp:extent cx="588528" cy="5993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28" cy="59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EC0" w:rsidRPr="00E6047F" w:rsidRDefault="00000000">
      <w:pPr>
        <w:spacing w:after="0"/>
        <w:jc w:val="center"/>
        <w:rPr>
          <w:lang w:val="it-IT"/>
        </w:rPr>
      </w:pPr>
      <w:r w:rsidRPr="00E6047F">
        <w:rPr>
          <w:b/>
          <w:sz w:val="19"/>
          <w:lang w:val="it-IT"/>
        </w:rPr>
        <w:t>MINISTERO DELL'ISTRUZIONE E DEL MERITO</w:t>
      </w:r>
    </w:p>
    <w:p w:rsidR="00B52EC0" w:rsidRPr="00E6047F" w:rsidRDefault="00000000">
      <w:pPr>
        <w:spacing w:after="0"/>
        <w:jc w:val="center"/>
        <w:rPr>
          <w:lang w:val="it-IT"/>
        </w:rPr>
      </w:pPr>
      <w:r w:rsidRPr="00E6047F">
        <w:rPr>
          <w:b/>
          <w:sz w:val="22"/>
          <w:lang w:val="it-IT"/>
        </w:rPr>
        <w:t>LICEO GINNASIO STATALE "CORNELIO TACITO"</w:t>
      </w:r>
    </w:p>
    <w:p w:rsidR="00B52EC0" w:rsidRPr="00E6047F" w:rsidRDefault="00000000">
      <w:pPr>
        <w:spacing w:after="0"/>
        <w:jc w:val="center"/>
        <w:rPr>
          <w:lang w:val="it-IT"/>
        </w:rPr>
      </w:pPr>
      <w:r w:rsidRPr="00E6047F">
        <w:rPr>
          <w:sz w:val="17"/>
          <w:lang w:val="it-IT"/>
        </w:rPr>
        <w:t>Via Giordano Bruno, 4 - 00195 Roma - Tel. 06/121123858</w:t>
      </w:r>
    </w:p>
    <w:p w:rsidR="00B52EC0" w:rsidRPr="00E6047F" w:rsidRDefault="00000000">
      <w:pPr>
        <w:spacing w:after="0"/>
        <w:jc w:val="center"/>
        <w:rPr>
          <w:lang w:val="it-IT"/>
        </w:rPr>
      </w:pPr>
      <w:r w:rsidRPr="00E6047F">
        <w:rPr>
          <w:sz w:val="17"/>
          <w:lang w:val="it-IT"/>
        </w:rPr>
        <w:t>e-mail: rmpc220009@istruzione.it - PEC: rmpc220009@pec.istruzione.it</w:t>
      </w:r>
    </w:p>
    <w:p w:rsidR="00B52EC0" w:rsidRPr="00E6047F" w:rsidRDefault="00000000">
      <w:pPr>
        <w:pBdr>
          <w:bottom w:val="single" w:sz="6" w:space="1" w:color="808080"/>
        </w:pBdr>
        <w:jc w:val="center"/>
        <w:rPr>
          <w:sz w:val="17"/>
          <w:lang w:val="it-IT"/>
        </w:rPr>
      </w:pPr>
      <w:r w:rsidRPr="00E6047F">
        <w:rPr>
          <w:sz w:val="17"/>
          <w:lang w:val="it-IT"/>
        </w:rPr>
        <w:t>Sede succursale: Via Sebastiano Vinci, 1 - 00168 Roma - C.F. 80226930586 - Codice Scuola RMPC220009</w:t>
      </w:r>
    </w:p>
    <w:p w:rsidR="00E6047F" w:rsidRPr="00E6047F" w:rsidRDefault="00E6047F">
      <w:pPr>
        <w:pBdr>
          <w:bottom w:val="single" w:sz="6" w:space="1" w:color="808080"/>
        </w:pBdr>
        <w:jc w:val="center"/>
        <w:rPr>
          <w:lang w:val="it-IT"/>
        </w:rPr>
      </w:pPr>
    </w:p>
    <w:p w:rsidR="008D3E46" w:rsidRDefault="008D3E46">
      <w:pPr>
        <w:keepNext/>
        <w:spacing w:before="40" w:after="100"/>
        <w:jc w:val="center"/>
        <w:rPr>
          <w:b/>
          <w:sz w:val="21"/>
          <w:lang w:val="it-IT"/>
        </w:rPr>
      </w:pPr>
    </w:p>
    <w:p w:rsidR="00B52EC0" w:rsidRPr="00E6047F" w:rsidRDefault="00000000">
      <w:pPr>
        <w:keepNext/>
        <w:spacing w:before="40" w:after="100"/>
        <w:jc w:val="center"/>
        <w:rPr>
          <w:lang w:val="it-IT"/>
        </w:rPr>
      </w:pPr>
      <w:r w:rsidRPr="00E6047F">
        <w:rPr>
          <w:b/>
          <w:sz w:val="21"/>
          <w:lang w:val="it-IT"/>
        </w:rPr>
        <w:t>ALLEGATO 3 - RICHIESTA DI AUTORIZZAZIONE PER ATTIVITÀ ESTERNA DI</w:t>
      </w:r>
      <w:r w:rsidRPr="00E6047F">
        <w:rPr>
          <w:b/>
          <w:sz w:val="21"/>
          <w:lang w:val="it-IT"/>
        </w:rPr>
        <w:br/>
        <w:t>FORMAZIONE SCUOLA-LAVORO</w:t>
      </w:r>
    </w:p>
    <w:p w:rsidR="00B52EC0" w:rsidRDefault="00000000">
      <w:pPr>
        <w:jc w:val="right"/>
      </w:pPr>
      <w:r>
        <w:t>Alla Dirigente scolastica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3"/>
        <w:gridCol w:w="5813"/>
      </w:tblGrid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Docente responsabile / tutor interno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Titolo del percorso FSL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Classe/i / studenti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Data/e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Orario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Dalle ore ________ alle ore 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Struttura/soggetto ospitante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Sede dell’attività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Attività prevista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Partecipanti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N. ________  -  [ ] Elenco nominativo allegato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Docenti accompagnatori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[ ] Non previsti   [ ] Previsti: _________________________________________________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Tutor/Referente esterno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sz w:val="17"/>
              </w:rPr>
              <w:t>____________________________________________________________</w:t>
            </w:r>
          </w:p>
        </w:tc>
      </w:tr>
      <w:tr w:rsidR="00B52EC0" w:rsidRPr="008D3E46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r>
              <w:rPr>
                <w:b/>
                <w:sz w:val="17"/>
              </w:rPr>
              <w:t>Modalità di accesso</w:t>
            </w:r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Pr="00E6047F" w:rsidRDefault="00000000">
            <w:pPr>
              <w:rPr>
                <w:lang w:val="it-IT"/>
              </w:rPr>
            </w:pPr>
            <w:r w:rsidRPr="00E6047F">
              <w:rPr>
                <w:sz w:val="17"/>
                <w:lang w:val="it-IT"/>
              </w:rPr>
              <w:t>[ ] Da scuola  [ ] Ritrovo diretto in sede  [ ] Trasporto pubblico  [ ] Altro: __________</w:t>
            </w:r>
          </w:p>
        </w:tc>
      </w:tr>
      <w:tr w:rsidR="00B52EC0" w:rsidRPr="008D3E46">
        <w:trPr>
          <w:jc w:val="center"/>
        </w:trPr>
        <w:tc>
          <w:tcPr>
            <w:tcW w:w="5383" w:type="dxa"/>
            <w:shd w:val="clear" w:color="auto" w:fill="EDEDED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Default="00000000">
            <w:proofErr w:type="spellStart"/>
            <w:r>
              <w:rPr>
                <w:b/>
                <w:sz w:val="17"/>
              </w:rPr>
              <w:t>Termine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attività</w:t>
            </w:r>
            <w:proofErr w:type="spellEnd"/>
          </w:p>
        </w:tc>
        <w:tc>
          <w:tcPr>
            <w:tcW w:w="53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B52EC0" w:rsidRPr="00E6047F" w:rsidRDefault="00000000">
            <w:pPr>
              <w:rPr>
                <w:lang w:val="it-IT"/>
              </w:rPr>
            </w:pPr>
            <w:r w:rsidRPr="00E6047F">
              <w:rPr>
                <w:sz w:val="17"/>
                <w:lang w:val="it-IT"/>
              </w:rPr>
              <w:t>[ ] Rientro a scuola  [ ] Termine in sede con rientro autonomo  [ ] Altro: _______________</w:t>
            </w:r>
          </w:p>
        </w:tc>
      </w:tr>
    </w:tbl>
    <w:p w:rsidR="008D3E46" w:rsidRDefault="008D3E46">
      <w:pPr>
        <w:keepNext/>
        <w:rPr>
          <w:b/>
          <w:lang w:val="it-IT"/>
        </w:rPr>
      </w:pPr>
    </w:p>
    <w:p w:rsidR="00B52EC0" w:rsidRPr="00E6047F" w:rsidRDefault="00000000">
      <w:pPr>
        <w:keepNext/>
        <w:rPr>
          <w:lang w:val="it-IT"/>
        </w:rPr>
      </w:pPr>
      <w:r w:rsidRPr="00E6047F">
        <w:rPr>
          <w:b/>
          <w:lang w:val="it-IT"/>
        </w:rPr>
        <w:t>Verifiche relative al percorso (ove applicabili)</w:t>
      </w:r>
    </w:p>
    <w:p w:rsidR="00B52EC0" w:rsidRPr="00E6047F" w:rsidRDefault="00000000">
      <w:pPr>
        <w:spacing w:after="20"/>
        <w:rPr>
          <w:lang w:val="it-IT"/>
        </w:rPr>
      </w:pPr>
      <w:r w:rsidRPr="00E6047F">
        <w:rPr>
          <w:sz w:val="17"/>
          <w:lang w:val="it-IT"/>
        </w:rPr>
        <w:t>[ ] L’attività rientra in un percorso di Formazione scuola-lavoro regolarmente programmato/attivato.</w:t>
      </w:r>
    </w:p>
    <w:p w:rsidR="00B52EC0" w:rsidRPr="00E6047F" w:rsidRDefault="00000000">
      <w:pPr>
        <w:spacing w:after="20"/>
        <w:rPr>
          <w:lang w:val="it-IT"/>
        </w:rPr>
      </w:pPr>
      <w:r w:rsidRPr="00E6047F">
        <w:rPr>
          <w:sz w:val="17"/>
          <w:lang w:val="it-IT"/>
        </w:rPr>
        <w:t>[ ] Convenzione con il soggetto ospitante valida o altro titolo organizzativo idoneo.</w:t>
      </w:r>
    </w:p>
    <w:p w:rsidR="00B52EC0" w:rsidRPr="00E6047F" w:rsidRDefault="00000000">
      <w:pPr>
        <w:spacing w:after="20"/>
        <w:rPr>
          <w:lang w:val="it-IT"/>
        </w:rPr>
      </w:pPr>
      <w:r w:rsidRPr="00E6047F">
        <w:rPr>
          <w:sz w:val="17"/>
          <w:lang w:val="it-IT"/>
        </w:rPr>
        <w:t>[ ] Progetto/percorso formativo personalizzato predisposto.</w:t>
      </w:r>
    </w:p>
    <w:p w:rsidR="00B52EC0" w:rsidRPr="00E6047F" w:rsidRDefault="00000000">
      <w:pPr>
        <w:spacing w:after="20"/>
        <w:rPr>
          <w:lang w:val="it-IT"/>
        </w:rPr>
      </w:pPr>
      <w:r w:rsidRPr="00E6047F">
        <w:rPr>
          <w:sz w:val="17"/>
          <w:lang w:val="it-IT"/>
        </w:rPr>
        <w:t>[ ] Adempimenti di informazione/formazione in materia di salute e sicurezza verificati.</w:t>
      </w:r>
    </w:p>
    <w:p w:rsidR="00B52EC0" w:rsidRPr="00E6047F" w:rsidRDefault="00000000">
      <w:pPr>
        <w:spacing w:after="20"/>
        <w:rPr>
          <w:lang w:val="it-IT"/>
        </w:rPr>
      </w:pPr>
      <w:r w:rsidRPr="00E6047F">
        <w:rPr>
          <w:sz w:val="17"/>
          <w:lang w:val="it-IT"/>
        </w:rPr>
        <w:t>[ ] Tutor interno ed eventuale tutor esterno individuati.</w:t>
      </w:r>
    </w:p>
    <w:p w:rsidR="00B52EC0" w:rsidRDefault="00000000">
      <w:pPr>
        <w:spacing w:before="40" w:after="40"/>
        <w:rPr>
          <w:sz w:val="17"/>
          <w:lang w:val="it-IT"/>
        </w:rPr>
      </w:pPr>
      <w:r w:rsidRPr="00E6047F">
        <w:rPr>
          <w:sz w:val="17"/>
          <w:lang w:val="it-IT"/>
        </w:rPr>
        <w:t>Si allega l’elenco nominativo degli studenti partecipanti. Il docente responsabile/tutor dichiara che la presente richiesta riguarda la specifica attività esterna e non sostituisce la documentazione prevista per l’attivazione del percorso di Formazione scuola-lavoro.</w:t>
      </w:r>
    </w:p>
    <w:p w:rsidR="008D3E46" w:rsidRDefault="008D3E46">
      <w:pPr>
        <w:spacing w:before="40" w:after="40"/>
        <w:rPr>
          <w:sz w:val="17"/>
          <w:lang w:val="it-IT"/>
        </w:rPr>
      </w:pPr>
    </w:p>
    <w:p w:rsidR="008D3E46" w:rsidRPr="00E6047F" w:rsidRDefault="008D3E46">
      <w:pPr>
        <w:spacing w:before="40" w:after="4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B52EC0">
        <w:trPr>
          <w:jc w:val="center"/>
        </w:trPr>
        <w:tc>
          <w:tcPr>
            <w:tcW w:w="4535" w:type="dxa"/>
          </w:tcPr>
          <w:p w:rsidR="00B52EC0" w:rsidRDefault="00000000">
            <w:r>
              <w:rPr>
                <w:sz w:val="19"/>
              </w:rPr>
              <w:t>Roma, __________________</w:t>
            </w:r>
          </w:p>
        </w:tc>
        <w:tc>
          <w:tcPr>
            <w:tcW w:w="4535" w:type="dxa"/>
          </w:tcPr>
          <w:p w:rsidR="00B52EC0" w:rsidRDefault="00000000">
            <w:pPr>
              <w:jc w:val="right"/>
            </w:pPr>
            <w:r>
              <w:rPr>
                <w:sz w:val="19"/>
              </w:rPr>
              <w:t>Firma ______________________________</w:t>
            </w:r>
          </w:p>
        </w:tc>
      </w:tr>
    </w:tbl>
    <w:p w:rsidR="008D3E46" w:rsidRDefault="008D3E46">
      <w:pPr>
        <w:keepNext/>
        <w:rPr>
          <w:b/>
        </w:rPr>
      </w:pPr>
    </w:p>
    <w:p w:rsidR="00B52EC0" w:rsidRDefault="00000000">
      <w:pPr>
        <w:keepNext/>
      </w:pPr>
      <w:r>
        <w:rPr>
          <w:b/>
        </w:rPr>
        <w:t>RISERVATO ALLA DIRIGENZA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286"/>
        <w:gridCol w:w="4620"/>
      </w:tblGrid>
      <w:tr w:rsidR="00B52EC0">
        <w:trPr>
          <w:jc w:val="center"/>
        </w:trPr>
        <w:tc>
          <w:tcPr>
            <w:tcW w:w="538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B52EC0" w:rsidRPr="00E6047F" w:rsidRDefault="00000000">
            <w:pPr>
              <w:rPr>
                <w:lang w:val="it-IT"/>
              </w:rPr>
            </w:pPr>
            <w:r w:rsidRPr="00E6047F">
              <w:rPr>
                <w:b/>
                <w:sz w:val="17"/>
                <w:lang w:val="it-IT"/>
              </w:rPr>
              <w:t>[ ] SI AUTORIZZA   [ ] NON SI AUTORIZZA</w:t>
            </w:r>
          </w:p>
        </w:tc>
        <w:tc>
          <w:tcPr>
            <w:tcW w:w="538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B52EC0" w:rsidRDefault="00000000">
            <w:r>
              <w:rPr>
                <w:sz w:val="17"/>
              </w:rPr>
              <w:t>Data __________________</w:t>
            </w:r>
          </w:p>
        </w:tc>
      </w:tr>
      <w:tr w:rsidR="00B52EC0">
        <w:trPr>
          <w:jc w:val="center"/>
        </w:trPr>
        <w:tc>
          <w:tcPr>
            <w:tcW w:w="538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B52EC0" w:rsidRDefault="00000000">
            <w:r>
              <w:rPr>
                <w:sz w:val="17"/>
              </w:rPr>
              <w:t>Eventuali prescrizioni: _________________________________________________________________</w:t>
            </w:r>
          </w:p>
        </w:tc>
        <w:tc>
          <w:tcPr>
            <w:tcW w:w="538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B52EC0" w:rsidRDefault="00000000">
            <w:r>
              <w:rPr>
                <w:sz w:val="17"/>
              </w:rPr>
              <w:t>IL DIRIGENTE SCOLASTICO</w:t>
            </w:r>
            <w:r>
              <w:rPr>
                <w:sz w:val="17"/>
              </w:rPr>
              <w:br/>
              <w:t>____________________________</w:t>
            </w:r>
          </w:p>
        </w:tc>
      </w:tr>
    </w:tbl>
    <w:p w:rsidR="00B450D9" w:rsidRDefault="00B450D9"/>
    <w:sectPr w:rsidR="00B450D9" w:rsidSect="00034616">
      <w:footerReference w:type="default" r:id="rId9"/>
      <w:pgSz w:w="12240" w:h="15840"/>
      <w:pgMar w:top="567" w:right="737" w:bottom="62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31F5" w:rsidRDefault="00A931F5">
      <w:pPr>
        <w:spacing w:after="0" w:line="240" w:lineRule="auto"/>
      </w:pPr>
      <w:r>
        <w:separator/>
      </w:r>
    </w:p>
  </w:endnote>
  <w:endnote w:type="continuationSeparator" w:id="0">
    <w:p w:rsidR="00A931F5" w:rsidRDefault="00A9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2EC0" w:rsidRPr="00E6047F" w:rsidRDefault="00000000">
    <w:pPr>
      <w:pStyle w:val="Pidipagina"/>
      <w:jc w:val="center"/>
      <w:rPr>
        <w:lang w:val="it-IT"/>
      </w:rPr>
    </w:pPr>
    <w:r w:rsidRPr="00E6047F">
      <w:rPr>
        <w:sz w:val="16"/>
        <w:lang w:val="it-IT"/>
      </w:rPr>
      <w:t>Liceo Ginnasio Statale "Cornelio Tacito" -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31F5" w:rsidRDefault="00A931F5">
      <w:pPr>
        <w:spacing w:after="0" w:line="240" w:lineRule="auto"/>
      </w:pPr>
      <w:r>
        <w:separator/>
      </w:r>
    </w:p>
  </w:footnote>
  <w:footnote w:type="continuationSeparator" w:id="0">
    <w:p w:rsidR="00A931F5" w:rsidRDefault="00A9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320816">
    <w:abstractNumId w:val="8"/>
  </w:num>
  <w:num w:numId="2" w16cid:durableId="2138793615">
    <w:abstractNumId w:val="6"/>
  </w:num>
  <w:num w:numId="3" w16cid:durableId="1422873400">
    <w:abstractNumId w:val="5"/>
  </w:num>
  <w:num w:numId="4" w16cid:durableId="1186478623">
    <w:abstractNumId w:val="4"/>
  </w:num>
  <w:num w:numId="5" w16cid:durableId="891503764">
    <w:abstractNumId w:val="7"/>
  </w:num>
  <w:num w:numId="6" w16cid:durableId="767652055">
    <w:abstractNumId w:val="3"/>
  </w:num>
  <w:num w:numId="7" w16cid:durableId="1111783681">
    <w:abstractNumId w:val="2"/>
  </w:num>
  <w:num w:numId="8" w16cid:durableId="1765226016">
    <w:abstractNumId w:val="1"/>
  </w:num>
  <w:num w:numId="9" w16cid:durableId="17256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D3E46"/>
    <w:rsid w:val="00A931F5"/>
    <w:rsid w:val="00AA1D8D"/>
    <w:rsid w:val="00B450D9"/>
    <w:rsid w:val="00B47730"/>
    <w:rsid w:val="00B52EC0"/>
    <w:rsid w:val="00CB0664"/>
    <w:rsid w:val="00E604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7F986"/>
  <w14:defaultImageDpi w14:val="300"/>
  <w15:docId w15:val="{2388FB1A-05B2-2D44-882A-8663D5D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7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2026-09-25T14:21:00Z</dcterms:modified>
  <cp:category/>
</cp:coreProperties>
</file>