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7DEB" w:rsidRDefault="00ED7DEB">
      <w:pPr>
        <w:spacing w:after="0"/>
        <w:jc w:val="center"/>
        <w:rPr>
          <w:b/>
          <w:sz w:val="19"/>
          <w:lang w:val="it-IT"/>
        </w:rPr>
      </w:pPr>
    </w:p>
    <w:p w:rsidR="004C4E92" w:rsidRDefault="004C4E92">
      <w:pPr>
        <w:spacing w:after="0"/>
        <w:jc w:val="center"/>
        <w:rPr>
          <w:b/>
          <w:sz w:val="19"/>
          <w:lang w:val="it-IT"/>
        </w:rPr>
      </w:pPr>
      <w:r w:rsidRPr="004704E7">
        <w:rPr>
          <w:noProof/>
        </w:rPr>
        <w:drawing>
          <wp:inline distT="0" distB="0" distL="0" distR="0" wp14:anchorId="7DED078C" wp14:editId="094772D0">
            <wp:extent cx="588528" cy="5993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28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4A6" w:rsidRPr="001650A8" w:rsidRDefault="00000000">
      <w:pPr>
        <w:spacing w:after="0"/>
        <w:jc w:val="center"/>
        <w:rPr>
          <w:lang w:val="it-IT"/>
        </w:rPr>
      </w:pPr>
      <w:r w:rsidRPr="001650A8">
        <w:rPr>
          <w:b/>
          <w:sz w:val="19"/>
          <w:lang w:val="it-IT"/>
        </w:rPr>
        <w:t>MINISTERO DELL'ISTRUZIONE E DEL MERITO</w:t>
      </w:r>
    </w:p>
    <w:p w:rsidR="000F64A6" w:rsidRPr="001650A8" w:rsidRDefault="00000000">
      <w:pPr>
        <w:spacing w:after="0"/>
        <w:jc w:val="center"/>
        <w:rPr>
          <w:lang w:val="it-IT"/>
        </w:rPr>
      </w:pPr>
      <w:r w:rsidRPr="001650A8">
        <w:rPr>
          <w:b/>
          <w:sz w:val="22"/>
          <w:lang w:val="it-IT"/>
        </w:rPr>
        <w:t>LICEO GINNASIO STATALE "CORNELIO TACITO"</w:t>
      </w:r>
    </w:p>
    <w:p w:rsidR="000F64A6" w:rsidRPr="001650A8" w:rsidRDefault="00000000">
      <w:pPr>
        <w:spacing w:after="0"/>
        <w:jc w:val="center"/>
        <w:rPr>
          <w:lang w:val="it-IT"/>
        </w:rPr>
      </w:pPr>
      <w:r w:rsidRPr="001650A8">
        <w:rPr>
          <w:sz w:val="17"/>
          <w:lang w:val="it-IT"/>
        </w:rPr>
        <w:t>Via Giordano Bruno, 4 - 00195 Roma - Tel. 06/121123858</w:t>
      </w:r>
    </w:p>
    <w:p w:rsidR="000F64A6" w:rsidRPr="001650A8" w:rsidRDefault="00000000">
      <w:pPr>
        <w:spacing w:after="0"/>
        <w:jc w:val="center"/>
        <w:rPr>
          <w:lang w:val="it-IT"/>
        </w:rPr>
      </w:pPr>
      <w:r w:rsidRPr="001650A8">
        <w:rPr>
          <w:sz w:val="17"/>
          <w:lang w:val="it-IT"/>
        </w:rPr>
        <w:t>e-mail: rmpc220009@istruzione.it - PEC: rmpc220009@pec.istruzione.it</w:t>
      </w:r>
    </w:p>
    <w:p w:rsidR="000F64A6" w:rsidRPr="001650A8" w:rsidRDefault="00000000">
      <w:pPr>
        <w:pBdr>
          <w:bottom w:val="single" w:sz="6" w:space="1" w:color="808080"/>
        </w:pBdr>
        <w:jc w:val="center"/>
        <w:rPr>
          <w:lang w:val="it-IT"/>
        </w:rPr>
      </w:pPr>
      <w:r w:rsidRPr="001650A8">
        <w:rPr>
          <w:sz w:val="17"/>
          <w:lang w:val="it-IT"/>
        </w:rPr>
        <w:t>Sede succursale: Via Sebastiano Vinci, 1 - 00168 Roma - C.F. 80226930586 - Codice Scuola RMPC220009</w:t>
      </w:r>
    </w:p>
    <w:p w:rsidR="001650A8" w:rsidRPr="001650A8" w:rsidRDefault="001650A8">
      <w:pPr>
        <w:keepNext/>
        <w:spacing w:before="40" w:after="100"/>
        <w:jc w:val="center"/>
        <w:rPr>
          <w:b/>
          <w:sz w:val="22"/>
          <w:lang w:val="it-IT"/>
        </w:rPr>
      </w:pPr>
    </w:p>
    <w:p w:rsidR="000F64A6" w:rsidRDefault="00000000">
      <w:pPr>
        <w:keepNext/>
        <w:spacing w:before="40" w:after="100"/>
        <w:jc w:val="center"/>
      </w:pPr>
      <w:r>
        <w:rPr>
          <w:b/>
          <w:sz w:val="22"/>
        </w:rPr>
        <w:t>ALLEGATO 2 - AUTORIZZAZIONE / ADESIONE ALL’USCITA DIDATTICA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37"/>
        <w:gridCol w:w="5813"/>
      </w:tblGrid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Classe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</w:t>
            </w:r>
          </w:p>
        </w:tc>
      </w:tr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b/>
                <w:sz w:val="17"/>
              </w:rPr>
              <w:t>Data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</w:t>
            </w:r>
          </w:p>
        </w:tc>
      </w:tr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Destinazione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sede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0F64A6" w:rsidRPr="00ED7DE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Orari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Pr="001650A8" w:rsidRDefault="00000000">
            <w:pPr>
              <w:rPr>
                <w:lang w:val="it-IT"/>
              </w:rPr>
            </w:pPr>
            <w:r w:rsidRPr="001650A8">
              <w:rPr>
                <w:sz w:val="17"/>
                <w:lang w:val="it-IT"/>
              </w:rPr>
              <w:t>Ritrovo ore ________ - Termine attività ________ - Rientro/conclusione ________</w:t>
            </w:r>
          </w:p>
        </w:tc>
      </w:tr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Luogo</w:t>
            </w:r>
            <w:proofErr w:type="spellEnd"/>
            <w:r>
              <w:rPr>
                <w:b/>
                <w:sz w:val="17"/>
              </w:rPr>
              <w:t xml:space="preserve"> di </w:t>
            </w:r>
            <w:proofErr w:type="spellStart"/>
            <w:r>
              <w:rPr>
                <w:b/>
                <w:sz w:val="17"/>
              </w:rPr>
              <w:t>ritrovo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Luogo</w:t>
            </w:r>
            <w:proofErr w:type="spellEnd"/>
            <w:r>
              <w:rPr>
                <w:b/>
                <w:sz w:val="17"/>
              </w:rPr>
              <w:t xml:space="preserve"> di </w:t>
            </w:r>
            <w:proofErr w:type="spellStart"/>
            <w:r>
              <w:rPr>
                <w:b/>
                <w:sz w:val="17"/>
              </w:rPr>
              <w:t>conclusione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0F64A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Docente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referente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0F64A6" w:rsidRPr="00ED7DE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Spostamento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Pr="001650A8" w:rsidRDefault="00000000">
            <w:pPr>
              <w:rPr>
                <w:lang w:val="it-IT"/>
              </w:rPr>
            </w:pPr>
            <w:proofErr w:type="gramStart"/>
            <w:r w:rsidRPr="001650A8">
              <w:rPr>
                <w:sz w:val="17"/>
                <w:lang w:val="it-IT"/>
              </w:rPr>
              <w:t>[ ]</w:t>
            </w:r>
            <w:proofErr w:type="gramEnd"/>
            <w:r w:rsidRPr="001650A8">
              <w:rPr>
                <w:sz w:val="17"/>
                <w:lang w:val="it-IT"/>
              </w:rPr>
              <w:t xml:space="preserve"> A piedi  [ ] Trasporto pubblico  [ ] Treno  [ ] Pullman scuola  [ ] Altro: __________</w:t>
            </w:r>
          </w:p>
        </w:tc>
      </w:tr>
      <w:tr w:rsidR="000F64A6" w:rsidRPr="00ED7DE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Default="00000000">
            <w:proofErr w:type="spellStart"/>
            <w:r>
              <w:rPr>
                <w:b/>
                <w:sz w:val="17"/>
              </w:rPr>
              <w:t>Costo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0F64A6" w:rsidRPr="001650A8" w:rsidRDefault="00000000">
            <w:pPr>
              <w:rPr>
                <w:lang w:val="it-IT"/>
              </w:rPr>
            </w:pPr>
            <w:proofErr w:type="gramStart"/>
            <w:r w:rsidRPr="001650A8">
              <w:rPr>
                <w:sz w:val="17"/>
                <w:lang w:val="it-IT"/>
              </w:rPr>
              <w:t>[ ]</w:t>
            </w:r>
            <w:proofErr w:type="gramEnd"/>
            <w:r w:rsidRPr="001650A8">
              <w:rPr>
                <w:sz w:val="17"/>
                <w:lang w:val="it-IT"/>
              </w:rPr>
              <w:t xml:space="preserve"> Nessun costo  [ ] € __________ da versare esclusivamente tramite avviso </w:t>
            </w:r>
            <w:proofErr w:type="spellStart"/>
            <w:r w:rsidRPr="001650A8">
              <w:rPr>
                <w:sz w:val="17"/>
                <w:lang w:val="it-IT"/>
              </w:rPr>
              <w:t>PagoPA</w:t>
            </w:r>
            <w:proofErr w:type="spellEnd"/>
            <w:r w:rsidRPr="001650A8">
              <w:rPr>
                <w:sz w:val="17"/>
                <w:lang w:val="it-IT"/>
              </w:rPr>
              <w:t>/Pago In Rete</w:t>
            </w:r>
          </w:p>
        </w:tc>
      </w:tr>
    </w:tbl>
    <w:p w:rsidR="004C4E92" w:rsidRDefault="004C4E92">
      <w:pPr>
        <w:keepNext/>
        <w:rPr>
          <w:b/>
          <w:lang w:val="it-IT"/>
        </w:rPr>
      </w:pPr>
    </w:p>
    <w:p w:rsidR="00ED7DEB" w:rsidRDefault="00ED7DEB">
      <w:pPr>
        <w:keepNext/>
        <w:rPr>
          <w:b/>
          <w:lang w:val="it-IT"/>
        </w:rPr>
      </w:pPr>
    </w:p>
    <w:p w:rsidR="000F64A6" w:rsidRPr="004C4E92" w:rsidRDefault="00000000">
      <w:pPr>
        <w:keepNext/>
        <w:rPr>
          <w:lang w:val="it-IT"/>
        </w:rPr>
      </w:pPr>
      <w:r w:rsidRPr="004C4E92">
        <w:rPr>
          <w:b/>
          <w:lang w:val="it-IT"/>
        </w:rPr>
        <w:t>PER STUDENTE MINORENNE - AUTORIZZAZIONE DEL GENITORE/ESERCENTE LA RESPONSABILITÀ GENITORIALE</w:t>
      </w:r>
    </w:p>
    <w:p w:rsidR="000F64A6" w:rsidRPr="004C4E92" w:rsidRDefault="00000000">
      <w:pPr>
        <w:jc w:val="both"/>
        <w:rPr>
          <w:lang w:val="it-IT"/>
        </w:rPr>
      </w:pPr>
      <w:r w:rsidRPr="004C4E92">
        <w:rPr>
          <w:sz w:val="17"/>
          <w:lang w:val="it-IT"/>
        </w:rPr>
        <w:t>Il/La sottoscritto/a ______________________________________________, genitore/esercente la responsabilità genitoriale dello/a studente/</w:t>
      </w:r>
      <w:proofErr w:type="spellStart"/>
      <w:r w:rsidRPr="004C4E92">
        <w:rPr>
          <w:sz w:val="17"/>
          <w:lang w:val="it-IT"/>
        </w:rPr>
        <w:t>ssa</w:t>
      </w:r>
      <w:proofErr w:type="spellEnd"/>
      <w:r w:rsidRPr="004C4E92">
        <w:rPr>
          <w:sz w:val="17"/>
          <w:lang w:val="it-IT"/>
        </w:rPr>
        <w:t xml:space="preserve"> ______________________________________________, classe ________, AUTORIZZA la partecipazione all’uscita sopra descritta e dichiara di aver preso visione delle modalità organizzative e di spostamento indicate.</w:t>
      </w:r>
    </w:p>
    <w:p w:rsidR="000F64A6" w:rsidRPr="004C4E92" w:rsidRDefault="00000000">
      <w:pPr>
        <w:rPr>
          <w:lang w:val="it-IT"/>
        </w:rPr>
      </w:pPr>
      <w:proofErr w:type="gramStart"/>
      <w:r w:rsidRPr="004C4E92">
        <w:rPr>
          <w:sz w:val="17"/>
          <w:lang w:val="it-IT"/>
        </w:rPr>
        <w:t>[ ]</w:t>
      </w:r>
      <w:proofErr w:type="gramEnd"/>
      <w:r w:rsidRPr="004C4E92">
        <w:rPr>
          <w:sz w:val="17"/>
          <w:lang w:val="it-IT"/>
        </w:rPr>
        <w:t xml:space="preserve"> Autorizza, se previsto, il raggiungimento autonomo del luogo di ritrovo.   </w:t>
      </w:r>
      <w:proofErr w:type="gramStart"/>
      <w:r w:rsidRPr="004C4E92">
        <w:rPr>
          <w:sz w:val="17"/>
          <w:lang w:val="it-IT"/>
        </w:rPr>
        <w:t>[ ]</w:t>
      </w:r>
      <w:proofErr w:type="gramEnd"/>
      <w:r w:rsidRPr="004C4E92">
        <w:rPr>
          <w:sz w:val="17"/>
          <w:lang w:val="it-IT"/>
        </w:rPr>
        <w:t xml:space="preserve"> Autorizza, se previsto, il rientro autonomo al domicilio al termine dell’attività.</w:t>
      </w:r>
    </w:p>
    <w:p w:rsidR="000F64A6" w:rsidRPr="004C4E92" w:rsidRDefault="00000000">
      <w:pPr>
        <w:rPr>
          <w:lang w:val="it-IT"/>
        </w:rPr>
      </w:pPr>
      <w:r w:rsidRPr="004C4E92">
        <w:rPr>
          <w:sz w:val="17"/>
          <w:lang w:val="it-IT"/>
        </w:rPr>
        <w:t>Eventuali comunicazioni organizzative utili (non inserire dati sanitari non necessari): ____________________________________</w:t>
      </w:r>
      <w:r w:rsidRPr="004C4E92">
        <w:rPr>
          <w:sz w:val="17"/>
          <w:lang w:val="it-IT"/>
        </w:rPr>
        <w:br/>
        <w:t>______________________________________________________________________________________________________</w:t>
      </w:r>
    </w:p>
    <w:p w:rsidR="000F64A6" w:rsidRPr="004C4E92" w:rsidRDefault="00000000">
      <w:pPr>
        <w:spacing w:after="20"/>
        <w:rPr>
          <w:lang w:val="it-IT"/>
        </w:rPr>
      </w:pPr>
      <w:r w:rsidRPr="004C4E92">
        <w:rPr>
          <w:sz w:val="17"/>
          <w:lang w:val="it-IT"/>
        </w:rPr>
        <w:t>Firma genitore 1 ______________________________    Firma genitore 2 ______________________________</w:t>
      </w:r>
    </w:p>
    <w:p w:rsidR="000F64A6" w:rsidRPr="004C4E92" w:rsidRDefault="00000000">
      <w:pPr>
        <w:rPr>
          <w:lang w:val="it-IT"/>
        </w:rPr>
      </w:pPr>
      <w:r w:rsidRPr="004C4E92">
        <w:rPr>
          <w:i/>
          <w:sz w:val="16"/>
          <w:lang w:val="it-IT"/>
        </w:rPr>
        <w:t>In caso di firma di un solo genitore: il/la sottoscritto/a dichiara di aver effettuato la scelta in osservanza degli artt. 316, 337-ter e 337-quater del Codice civile, che richiedono la condivisione delle decisioni di maggiore interesse da parte di entrambi i genitori/esercenti la responsabilità genitoriale, ove applicabile, ed è consapevole delle responsabilità previste dal D.P.R. 28 dicembre 2000, n. 445 in caso di dichiarazioni non veritiere.</w:t>
      </w:r>
    </w:p>
    <w:p w:rsidR="004C4E92" w:rsidRDefault="004C4E92">
      <w:pPr>
        <w:keepNext/>
        <w:rPr>
          <w:b/>
          <w:lang w:val="it-IT"/>
        </w:rPr>
      </w:pPr>
    </w:p>
    <w:p w:rsidR="00ED7DEB" w:rsidRDefault="00ED7DEB">
      <w:pPr>
        <w:keepNext/>
        <w:rPr>
          <w:b/>
          <w:lang w:val="it-IT"/>
        </w:rPr>
      </w:pPr>
    </w:p>
    <w:p w:rsidR="000F64A6" w:rsidRPr="004C4E92" w:rsidRDefault="00000000">
      <w:pPr>
        <w:keepNext/>
        <w:rPr>
          <w:lang w:val="it-IT"/>
        </w:rPr>
      </w:pPr>
      <w:r w:rsidRPr="004C4E92">
        <w:rPr>
          <w:b/>
          <w:lang w:val="it-IT"/>
        </w:rPr>
        <w:t>PER STUDENTE MAGGIORENNE - ADESIONE</w:t>
      </w:r>
    </w:p>
    <w:p w:rsidR="000F64A6" w:rsidRPr="004C4E92" w:rsidRDefault="00000000">
      <w:pPr>
        <w:rPr>
          <w:lang w:val="it-IT"/>
        </w:rPr>
      </w:pPr>
      <w:r w:rsidRPr="004C4E92">
        <w:rPr>
          <w:sz w:val="17"/>
          <w:lang w:val="it-IT"/>
        </w:rPr>
        <w:t>Il/La sottoscritto/a ______________________________________________, studente/</w:t>
      </w:r>
      <w:proofErr w:type="spellStart"/>
      <w:r w:rsidRPr="004C4E92">
        <w:rPr>
          <w:sz w:val="17"/>
          <w:lang w:val="it-IT"/>
        </w:rPr>
        <w:t>ssa</w:t>
      </w:r>
      <w:proofErr w:type="spellEnd"/>
      <w:r w:rsidRPr="004C4E92">
        <w:rPr>
          <w:sz w:val="17"/>
          <w:lang w:val="it-IT"/>
        </w:rPr>
        <w:t xml:space="preserve"> maggiorenne della classe ________, DICHIARA di aderire all’uscita sopra descritta e di aver preso visione delle modalità organizzative e di spostamento indicate.</w:t>
      </w:r>
    </w:p>
    <w:p w:rsidR="000F64A6" w:rsidRPr="004C4E92" w:rsidRDefault="00000000">
      <w:pPr>
        <w:spacing w:before="40"/>
        <w:rPr>
          <w:lang w:val="it-IT"/>
        </w:rPr>
      </w:pPr>
      <w:r w:rsidRPr="004C4E92">
        <w:rPr>
          <w:i/>
          <w:sz w:val="16"/>
          <w:lang w:val="it-IT"/>
        </w:rPr>
        <w:t>Nota: l’attività, in quanto organizzata e autorizzata dall’Istituto, è soggetta alle tutele assicurative previste dalla normativa vigente e dalla polizza integrativa d’Istituto, nei rispettivi ambiti e limiti. Gli studenti non partecipanti restano soggetti alla frequenza scolastica secondo le disposizioni organizzative comunicate dalla scuola.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0F64A6">
        <w:trPr>
          <w:jc w:val="center"/>
        </w:trPr>
        <w:tc>
          <w:tcPr>
            <w:tcW w:w="4535" w:type="dxa"/>
          </w:tcPr>
          <w:p w:rsidR="000F64A6" w:rsidRDefault="00000000">
            <w:r>
              <w:rPr>
                <w:sz w:val="19"/>
              </w:rPr>
              <w:t>Roma, __________________</w:t>
            </w:r>
          </w:p>
        </w:tc>
        <w:tc>
          <w:tcPr>
            <w:tcW w:w="4535" w:type="dxa"/>
          </w:tcPr>
          <w:p w:rsidR="000F64A6" w:rsidRDefault="00000000">
            <w:pPr>
              <w:jc w:val="right"/>
            </w:pPr>
            <w:proofErr w:type="spellStart"/>
            <w:r>
              <w:rPr>
                <w:sz w:val="19"/>
              </w:rPr>
              <w:t>Firma</w:t>
            </w:r>
            <w:proofErr w:type="spellEnd"/>
            <w:r>
              <w:rPr>
                <w:sz w:val="19"/>
              </w:rPr>
              <w:t xml:space="preserve"> ______________________________</w:t>
            </w:r>
          </w:p>
        </w:tc>
      </w:tr>
    </w:tbl>
    <w:p w:rsidR="00140E7C" w:rsidRDefault="00140E7C"/>
    <w:sectPr w:rsidR="00140E7C" w:rsidSect="00034616">
      <w:footerReference w:type="default" r:id="rId9"/>
      <w:pgSz w:w="12240" w:h="15840"/>
      <w:pgMar w:top="624" w:right="765" w:bottom="652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681E" w:rsidRDefault="0030681E">
      <w:pPr>
        <w:spacing w:after="0" w:line="240" w:lineRule="auto"/>
      </w:pPr>
      <w:r>
        <w:separator/>
      </w:r>
    </w:p>
  </w:endnote>
  <w:endnote w:type="continuationSeparator" w:id="0">
    <w:p w:rsidR="0030681E" w:rsidRDefault="0030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64A6" w:rsidRPr="004C4E92" w:rsidRDefault="00000000">
    <w:pPr>
      <w:pStyle w:val="Pidipagina"/>
      <w:jc w:val="center"/>
      <w:rPr>
        <w:lang w:val="it-IT"/>
      </w:rPr>
    </w:pPr>
    <w:r w:rsidRPr="004C4E92">
      <w:rPr>
        <w:sz w:val="16"/>
        <w:lang w:val="it-IT"/>
      </w:rPr>
      <w:t>Liceo Ginnasio Statale "Cornelio Tacito" -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681E" w:rsidRDefault="0030681E">
      <w:pPr>
        <w:spacing w:after="0" w:line="240" w:lineRule="auto"/>
      </w:pPr>
      <w:r>
        <w:separator/>
      </w:r>
    </w:p>
  </w:footnote>
  <w:footnote w:type="continuationSeparator" w:id="0">
    <w:p w:rsidR="0030681E" w:rsidRDefault="00306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124662">
    <w:abstractNumId w:val="8"/>
  </w:num>
  <w:num w:numId="2" w16cid:durableId="1098019173">
    <w:abstractNumId w:val="6"/>
  </w:num>
  <w:num w:numId="3" w16cid:durableId="731582196">
    <w:abstractNumId w:val="5"/>
  </w:num>
  <w:num w:numId="4" w16cid:durableId="1367372722">
    <w:abstractNumId w:val="4"/>
  </w:num>
  <w:num w:numId="5" w16cid:durableId="1192186980">
    <w:abstractNumId w:val="7"/>
  </w:num>
  <w:num w:numId="6" w16cid:durableId="636882546">
    <w:abstractNumId w:val="3"/>
  </w:num>
  <w:num w:numId="7" w16cid:durableId="142279503">
    <w:abstractNumId w:val="2"/>
  </w:num>
  <w:num w:numId="8" w16cid:durableId="1103569101">
    <w:abstractNumId w:val="1"/>
  </w:num>
  <w:num w:numId="9" w16cid:durableId="94877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4A6"/>
    <w:rsid w:val="00140E7C"/>
    <w:rsid w:val="0015074B"/>
    <w:rsid w:val="001650A8"/>
    <w:rsid w:val="0029639D"/>
    <w:rsid w:val="0030681E"/>
    <w:rsid w:val="00326F90"/>
    <w:rsid w:val="004774A3"/>
    <w:rsid w:val="004C4E92"/>
    <w:rsid w:val="00AA1D8D"/>
    <w:rsid w:val="00B47730"/>
    <w:rsid w:val="00CB0664"/>
    <w:rsid w:val="00ED7D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3B80C"/>
  <w14:defaultImageDpi w14:val="300"/>
  <w15:docId w15:val="{2388FB1A-05B2-2D44-882A-8663D5D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7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dcterms:created xsi:type="dcterms:W3CDTF">2013-12-23T23:15:00Z</dcterms:created>
  <dcterms:modified xsi:type="dcterms:W3CDTF">2026-09-25T14:23:00Z</dcterms:modified>
  <cp:category/>
</cp:coreProperties>
</file>