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86ED6" w:rsidRDefault="00586ED6">
      <w:pPr>
        <w:spacing w:after="0"/>
        <w:jc w:val="center"/>
        <w:rPr>
          <w:b/>
          <w:sz w:val="19"/>
          <w:lang w:val="it-IT"/>
        </w:rPr>
      </w:pPr>
      <w:r w:rsidRPr="004704E7">
        <w:rPr>
          <w:noProof/>
        </w:rPr>
        <w:drawing>
          <wp:inline distT="0" distB="0" distL="0" distR="0" wp14:anchorId="7DED078C" wp14:editId="094772D0">
            <wp:extent cx="588528" cy="59931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528" cy="599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397B" w:rsidRPr="00E93C9B" w:rsidRDefault="00000000">
      <w:pPr>
        <w:spacing w:after="0"/>
        <w:jc w:val="center"/>
        <w:rPr>
          <w:lang w:val="it-IT"/>
        </w:rPr>
      </w:pPr>
      <w:r w:rsidRPr="00E93C9B">
        <w:rPr>
          <w:b/>
          <w:sz w:val="19"/>
          <w:lang w:val="it-IT"/>
        </w:rPr>
        <w:t>MINISTERO DELL'ISTRUZIONE E DEL MERITO</w:t>
      </w:r>
    </w:p>
    <w:p w:rsidR="005E397B" w:rsidRPr="00E93C9B" w:rsidRDefault="00000000">
      <w:pPr>
        <w:spacing w:after="0"/>
        <w:jc w:val="center"/>
        <w:rPr>
          <w:lang w:val="it-IT"/>
        </w:rPr>
      </w:pPr>
      <w:r w:rsidRPr="00E93C9B">
        <w:rPr>
          <w:b/>
          <w:sz w:val="22"/>
          <w:lang w:val="it-IT"/>
        </w:rPr>
        <w:t>LICEO GINNASIO STATALE "CORNELIO TACITO"</w:t>
      </w:r>
    </w:p>
    <w:p w:rsidR="005E397B" w:rsidRPr="00E93C9B" w:rsidRDefault="00000000">
      <w:pPr>
        <w:spacing w:after="0"/>
        <w:jc w:val="center"/>
        <w:rPr>
          <w:lang w:val="it-IT"/>
        </w:rPr>
      </w:pPr>
      <w:r w:rsidRPr="00E93C9B">
        <w:rPr>
          <w:sz w:val="17"/>
          <w:lang w:val="it-IT"/>
        </w:rPr>
        <w:t>Via Giordano Bruno, 4 - 00195 Roma - Tel. 06/121123858</w:t>
      </w:r>
    </w:p>
    <w:p w:rsidR="005E397B" w:rsidRPr="00E93C9B" w:rsidRDefault="00000000">
      <w:pPr>
        <w:spacing w:after="0"/>
        <w:jc w:val="center"/>
        <w:rPr>
          <w:lang w:val="it-IT"/>
        </w:rPr>
      </w:pPr>
      <w:r w:rsidRPr="00E93C9B">
        <w:rPr>
          <w:sz w:val="17"/>
          <w:lang w:val="it-IT"/>
        </w:rPr>
        <w:t>e-mail: rmpc220009@istruzione.it - PEC: rmpc220009@pec.istruzione.it</w:t>
      </w:r>
    </w:p>
    <w:p w:rsidR="005E397B" w:rsidRPr="00E93C9B" w:rsidRDefault="00000000">
      <w:pPr>
        <w:pBdr>
          <w:bottom w:val="single" w:sz="6" w:space="1" w:color="808080"/>
        </w:pBdr>
        <w:jc w:val="center"/>
        <w:rPr>
          <w:lang w:val="it-IT"/>
        </w:rPr>
      </w:pPr>
      <w:r w:rsidRPr="00E93C9B">
        <w:rPr>
          <w:sz w:val="17"/>
          <w:lang w:val="it-IT"/>
        </w:rPr>
        <w:t>Sede succursale: Via Sebastiano Vinci, 1 - 00168 Roma - C.F. 80226930586 - Codice Scuola RMPC220009</w:t>
      </w:r>
    </w:p>
    <w:p w:rsidR="00586ED6" w:rsidRDefault="00586ED6">
      <w:pPr>
        <w:keepNext/>
        <w:spacing w:before="40" w:after="100"/>
        <w:jc w:val="center"/>
        <w:rPr>
          <w:b/>
          <w:sz w:val="22"/>
          <w:lang w:val="it-IT"/>
        </w:rPr>
      </w:pPr>
    </w:p>
    <w:p w:rsidR="005E397B" w:rsidRPr="00E93C9B" w:rsidRDefault="00000000">
      <w:pPr>
        <w:keepNext/>
        <w:spacing w:before="40" w:after="100"/>
        <w:jc w:val="center"/>
        <w:rPr>
          <w:lang w:val="it-IT"/>
        </w:rPr>
      </w:pPr>
      <w:r w:rsidRPr="00E93C9B">
        <w:rPr>
          <w:b/>
          <w:sz w:val="22"/>
          <w:lang w:val="it-IT"/>
        </w:rPr>
        <w:t>ALLEGATO 1 - RICHIESTA DI AUTORIZZAZIONE PER USCITA DIDATTICA</w:t>
      </w:r>
    </w:p>
    <w:p w:rsidR="005E397B" w:rsidRDefault="00000000">
      <w:pPr>
        <w:jc w:val="right"/>
      </w:pPr>
      <w:r>
        <w:t>Alla Dirigente scolastica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703"/>
        <w:gridCol w:w="6147"/>
      </w:tblGrid>
      <w:tr w:rsidR="005E397B">
        <w:trPr>
          <w:jc w:val="center"/>
        </w:trPr>
        <w:tc>
          <w:tcPr>
            <w:tcW w:w="5355" w:type="dxa"/>
            <w:shd w:val="clear" w:color="auto" w:fill="EDEDE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E397B" w:rsidRDefault="00000000">
            <w:r>
              <w:rPr>
                <w:b/>
              </w:rPr>
              <w:t>Docente referente/proponente</w:t>
            </w:r>
          </w:p>
        </w:tc>
        <w:tc>
          <w:tcPr>
            <w:tcW w:w="535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E397B" w:rsidRDefault="00000000">
            <w:r>
              <w:t>____________________________________________________________</w:t>
            </w:r>
          </w:p>
        </w:tc>
      </w:tr>
      <w:tr w:rsidR="005E397B">
        <w:trPr>
          <w:jc w:val="center"/>
        </w:trPr>
        <w:tc>
          <w:tcPr>
            <w:tcW w:w="5355" w:type="dxa"/>
            <w:shd w:val="clear" w:color="auto" w:fill="EDEDE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E397B" w:rsidRDefault="00000000">
            <w:r>
              <w:rPr>
                <w:b/>
              </w:rPr>
              <w:t>Classe/i</w:t>
            </w:r>
          </w:p>
        </w:tc>
        <w:tc>
          <w:tcPr>
            <w:tcW w:w="535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E397B" w:rsidRDefault="00000000">
            <w:r>
              <w:t>____________________________________________________________</w:t>
            </w:r>
          </w:p>
        </w:tc>
      </w:tr>
      <w:tr w:rsidR="005E397B">
        <w:trPr>
          <w:jc w:val="center"/>
        </w:trPr>
        <w:tc>
          <w:tcPr>
            <w:tcW w:w="5355" w:type="dxa"/>
            <w:shd w:val="clear" w:color="auto" w:fill="EDEDE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E397B" w:rsidRDefault="00000000">
            <w:r>
              <w:rPr>
                <w:b/>
              </w:rPr>
              <w:t>Data dell’uscita</w:t>
            </w:r>
          </w:p>
        </w:tc>
        <w:tc>
          <w:tcPr>
            <w:tcW w:w="535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E397B" w:rsidRDefault="00000000">
            <w:r>
              <w:t>__________________  Giorno della settimana __________________</w:t>
            </w:r>
          </w:p>
        </w:tc>
      </w:tr>
      <w:tr w:rsidR="005E397B">
        <w:trPr>
          <w:jc w:val="center"/>
        </w:trPr>
        <w:tc>
          <w:tcPr>
            <w:tcW w:w="5355" w:type="dxa"/>
            <w:shd w:val="clear" w:color="auto" w:fill="EDEDE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E397B" w:rsidRDefault="00000000">
            <w:r>
              <w:rPr>
                <w:b/>
              </w:rPr>
              <w:t>Destinazione / sede</w:t>
            </w:r>
          </w:p>
        </w:tc>
        <w:tc>
          <w:tcPr>
            <w:tcW w:w="535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E397B" w:rsidRDefault="00000000">
            <w:r>
              <w:t>____________________________________________________________</w:t>
            </w:r>
          </w:p>
        </w:tc>
      </w:tr>
      <w:tr w:rsidR="005E397B">
        <w:trPr>
          <w:jc w:val="center"/>
        </w:trPr>
        <w:tc>
          <w:tcPr>
            <w:tcW w:w="5355" w:type="dxa"/>
            <w:shd w:val="clear" w:color="auto" w:fill="EDEDE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E397B" w:rsidRDefault="00000000">
            <w:r>
              <w:rPr>
                <w:b/>
              </w:rPr>
              <w:t>Finalità didattica / attività</w:t>
            </w:r>
          </w:p>
        </w:tc>
        <w:tc>
          <w:tcPr>
            <w:tcW w:w="535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E397B" w:rsidRDefault="00000000">
            <w:r>
              <w:t>____________________________________________________________</w:t>
            </w:r>
          </w:p>
        </w:tc>
      </w:tr>
      <w:tr w:rsidR="005E397B" w:rsidRPr="00586ED6">
        <w:trPr>
          <w:jc w:val="center"/>
        </w:trPr>
        <w:tc>
          <w:tcPr>
            <w:tcW w:w="5355" w:type="dxa"/>
            <w:shd w:val="clear" w:color="auto" w:fill="EDEDE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E397B" w:rsidRDefault="00000000">
            <w:r>
              <w:rPr>
                <w:b/>
              </w:rPr>
              <w:t>Orari</w:t>
            </w:r>
          </w:p>
        </w:tc>
        <w:tc>
          <w:tcPr>
            <w:tcW w:w="535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E397B" w:rsidRPr="00E93C9B" w:rsidRDefault="00000000">
            <w:pPr>
              <w:rPr>
                <w:lang w:val="it-IT"/>
              </w:rPr>
            </w:pPr>
            <w:r w:rsidRPr="00E93C9B">
              <w:rPr>
                <w:lang w:val="it-IT"/>
              </w:rPr>
              <w:t>Ritrovo ore ________  Inizio attività ________  Termine ________  Rientro/conclusione ________</w:t>
            </w:r>
          </w:p>
        </w:tc>
      </w:tr>
      <w:tr w:rsidR="005E397B">
        <w:trPr>
          <w:jc w:val="center"/>
        </w:trPr>
        <w:tc>
          <w:tcPr>
            <w:tcW w:w="5355" w:type="dxa"/>
            <w:shd w:val="clear" w:color="auto" w:fill="EDEDE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E397B" w:rsidRDefault="00000000">
            <w:proofErr w:type="spellStart"/>
            <w:r>
              <w:rPr>
                <w:b/>
              </w:rPr>
              <w:t>Luogo</w:t>
            </w:r>
            <w:proofErr w:type="spellEnd"/>
            <w:r>
              <w:rPr>
                <w:b/>
              </w:rPr>
              <w:t xml:space="preserve"> di </w:t>
            </w:r>
            <w:proofErr w:type="spellStart"/>
            <w:r>
              <w:rPr>
                <w:b/>
              </w:rPr>
              <w:t>ritrovo</w:t>
            </w:r>
            <w:proofErr w:type="spellEnd"/>
          </w:p>
        </w:tc>
        <w:tc>
          <w:tcPr>
            <w:tcW w:w="535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E397B" w:rsidRDefault="00000000">
            <w:r>
              <w:t>____________________________________________________________</w:t>
            </w:r>
          </w:p>
        </w:tc>
      </w:tr>
      <w:tr w:rsidR="005E397B">
        <w:trPr>
          <w:jc w:val="center"/>
        </w:trPr>
        <w:tc>
          <w:tcPr>
            <w:tcW w:w="5355" w:type="dxa"/>
            <w:shd w:val="clear" w:color="auto" w:fill="EDEDE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E397B" w:rsidRDefault="00000000">
            <w:r>
              <w:rPr>
                <w:b/>
              </w:rPr>
              <w:t>Luogo di conclusione</w:t>
            </w:r>
          </w:p>
        </w:tc>
        <w:tc>
          <w:tcPr>
            <w:tcW w:w="535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E397B" w:rsidRDefault="00000000">
            <w:r>
              <w:t>____________________________________________________________</w:t>
            </w:r>
          </w:p>
        </w:tc>
      </w:tr>
      <w:tr w:rsidR="005E397B" w:rsidRPr="00586ED6">
        <w:trPr>
          <w:jc w:val="center"/>
        </w:trPr>
        <w:tc>
          <w:tcPr>
            <w:tcW w:w="5355" w:type="dxa"/>
            <w:shd w:val="clear" w:color="auto" w:fill="EDEDE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E397B" w:rsidRDefault="00000000">
            <w:r>
              <w:rPr>
                <w:b/>
              </w:rPr>
              <w:t>Studenti</w:t>
            </w:r>
          </w:p>
        </w:tc>
        <w:tc>
          <w:tcPr>
            <w:tcW w:w="535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E397B" w:rsidRPr="00E93C9B" w:rsidRDefault="00000000">
            <w:pPr>
              <w:rPr>
                <w:lang w:val="it-IT"/>
              </w:rPr>
            </w:pPr>
            <w:r w:rsidRPr="00E93C9B">
              <w:rPr>
                <w:lang w:val="it-IT"/>
              </w:rPr>
              <w:t>N. iscritti ________   N. partecipanti previsti ________</w:t>
            </w:r>
          </w:p>
        </w:tc>
      </w:tr>
      <w:tr w:rsidR="005E397B">
        <w:trPr>
          <w:jc w:val="center"/>
        </w:trPr>
        <w:tc>
          <w:tcPr>
            <w:tcW w:w="5355" w:type="dxa"/>
            <w:shd w:val="clear" w:color="auto" w:fill="EDEDE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E397B" w:rsidRDefault="00000000">
            <w:proofErr w:type="spellStart"/>
            <w:r>
              <w:rPr>
                <w:b/>
              </w:rPr>
              <w:t>Accompagnatori</w:t>
            </w:r>
            <w:proofErr w:type="spellEnd"/>
          </w:p>
        </w:tc>
        <w:tc>
          <w:tcPr>
            <w:tcW w:w="535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E397B" w:rsidRDefault="00000000">
            <w:r>
              <w:t>Referente ______________________  Altri _________________________________</w:t>
            </w:r>
          </w:p>
        </w:tc>
      </w:tr>
      <w:tr w:rsidR="005E397B">
        <w:trPr>
          <w:jc w:val="center"/>
        </w:trPr>
        <w:tc>
          <w:tcPr>
            <w:tcW w:w="5355" w:type="dxa"/>
            <w:shd w:val="clear" w:color="auto" w:fill="EDEDE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E397B" w:rsidRDefault="00000000">
            <w:r>
              <w:rPr>
                <w:b/>
              </w:rPr>
              <w:t>Eventuale sostituto</w:t>
            </w:r>
          </w:p>
        </w:tc>
        <w:tc>
          <w:tcPr>
            <w:tcW w:w="535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E397B" w:rsidRDefault="00000000">
            <w:r>
              <w:t>____________________________________________________________</w:t>
            </w:r>
          </w:p>
        </w:tc>
      </w:tr>
    </w:tbl>
    <w:p w:rsidR="005E397B" w:rsidRDefault="00000000">
      <w:pPr>
        <w:keepNext/>
      </w:pPr>
      <w:r>
        <w:rPr>
          <w:b/>
        </w:rPr>
        <w:t>Modalità di spostamento</w:t>
      </w:r>
    </w:p>
    <w:p w:rsidR="005E397B" w:rsidRPr="00E93C9B" w:rsidRDefault="00000000">
      <w:pPr>
        <w:rPr>
          <w:lang w:val="it-IT"/>
        </w:rPr>
      </w:pPr>
      <w:r w:rsidRPr="00E93C9B">
        <w:rPr>
          <w:lang w:val="it-IT"/>
        </w:rPr>
        <w:t>[ ] A piedi   [ ] Trasporto pubblico   [ ] Treno   [ ] Pullman organizzato dalla scuola   [ ] Altro: __________________</w:t>
      </w:r>
    </w:p>
    <w:p w:rsidR="005E397B" w:rsidRPr="00E93C9B" w:rsidRDefault="00000000">
      <w:pPr>
        <w:rPr>
          <w:lang w:val="it-IT"/>
        </w:rPr>
      </w:pPr>
      <w:r w:rsidRPr="00E93C9B">
        <w:rPr>
          <w:lang w:val="it-IT"/>
        </w:rPr>
        <w:t>[ ] Ritrovo a scuola   [ ] Ritrovo direttamente sul posto   [ ] Rientro a scuola   [ ] Termine attività sul posto con rientro autonomo autorizzato</w:t>
      </w:r>
    </w:p>
    <w:p w:rsidR="005E397B" w:rsidRPr="00E93C9B" w:rsidRDefault="00000000">
      <w:pPr>
        <w:keepNext/>
        <w:rPr>
          <w:lang w:val="it-IT"/>
        </w:rPr>
      </w:pPr>
      <w:r w:rsidRPr="00E93C9B">
        <w:rPr>
          <w:b/>
          <w:lang w:val="it-IT"/>
        </w:rPr>
        <w:t>Eventuali costi</w:t>
      </w:r>
    </w:p>
    <w:p w:rsidR="005E397B" w:rsidRPr="00E93C9B" w:rsidRDefault="00000000">
      <w:pPr>
        <w:rPr>
          <w:lang w:val="it-IT"/>
        </w:rPr>
      </w:pPr>
      <w:r w:rsidRPr="00E93C9B">
        <w:rPr>
          <w:lang w:val="it-IT"/>
        </w:rPr>
        <w:t>[ ] Nessun costo a carico delle famiglie   [ ] Attività a pagamento</w:t>
      </w:r>
    </w:p>
    <w:p w:rsidR="005E397B" w:rsidRPr="00E93C9B" w:rsidRDefault="00000000">
      <w:pPr>
        <w:rPr>
          <w:lang w:val="it-IT"/>
        </w:rPr>
      </w:pPr>
      <w:r w:rsidRPr="00E93C9B">
        <w:rPr>
          <w:lang w:val="it-IT"/>
        </w:rPr>
        <w:t>Costo indicativo per studente: € __________  -  Voce/servizio: ______________________________________________</w:t>
      </w:r>
    </w:p>
    <w:p w:rsidR="005E397B" w:rsidRPr="00E93C9B" w:rsidRDefault="00000000">
      <w:pPr>
        <w:rPr>
          <w:lang w:val="it-IT"/>
        </w:rPr>
      </w:pPr>
      <w:r w:rsidRPr="00E93C9B">
        <w:rPr>
          <w:lang w:val="it-IT"/>
        </w:rPr>
        <w:t>Operatore/ente (se già individuato): __________________________________________________________________</w:t>
      </w:r>
    </w:p>
    <w:p w:rsidR="005E397B" w:rsidRPr="00E93C9B" w:rsidRDefault="00000000">
      <w:pPr>
        <w:keepNext/>
        <w:rPr>
          <w:lang w:val="it-IT"/>
        </w:rPr>
      </w:pPr>
      <w:r w:rsidRPr="00E93C9B">
        <w:rPr>
          <w:b/>
          <w:lang w:val="it-IT"/>
        </w:rPr>
        <w:t>Inclusione e organizzazione</w:t>
      </w:r>
    </w:p>
    <w:p w:rsidR="005E397B" w:rsidRPr="00E93C9B" w:rsidRDefault="00000000">
      <w:pPr>
        <w:rPr>
          <w:lang w:val="it-IT"/>
        </w:rPr>
      </w:pPr>
      <w:r w:rsidRPr="00E93C9B">
        <w:rPr>
          <w:lang w:val="it-IT"/>
        </w:rPr>
        <w:t>[ ] Non risultano esigenze organizzative specifiche   [ ] Sono necessarie misure organizzative già note alla scuola</w:t>
      </w:r>
    </w:p>
    <w:p w:rsidR="005E397B" w:rsidRPr="00E93C9B" w:rsidRDefault="00000000">
      <w:pPr>
        <w:rPr>
          <w:lang w:val="it-IT"/>
        </w:rPr>
      </w:pPr>
      <w:r w:rsidRPr="00E93C9B">
        <w:rPr>
          <w:sz w:val="17"/>
          <w:lang w:val="it-IT"/>
        </w:rPr>
        <w:t>Misure previste (senza riportare dati sanitari non necessari): ____________________________________________________</w:t>
      </w:r>
      <w:r w:rsidRPr="00E93C9B">
        <w:rPr>
          <w:sz w:val="17"/>
          <w:lang w:val="it-IT"/>
        </w:rPr>
        <w:br/>
        <w:t>______________________________________________________________________________________________________</w:t>
      </w:r>
    </w:p>
    <w:p w:rsidR="005E397B" w:rsidRPr="00E93C9B" w:rsidRDefault="00000000">
      <w:pPr>
        <w:spacing w:before="40" w:after="40"/>
        <w:rPr>
          <w:lang w:val="it-IT"/>
        </w:rPr>
      </w:pPr>
      <w:r w:rsidRPr="00E93C9B">
        <w:rPr>
          <w:sz w:val="17"/>
          <w:lang w:val="it-IT"/>
        </w:rPr>
        <w:t>Il docente referente dichiara che l'attività è coerente con la programmazione della classe/PTOF/Piano annuale delle uscite</w:t>
      </w:r>
      <w:r w:rsidR="00E93C9B">
        <w:rPr>
          <w:sz w:val="17"/>
          <w:lang w:val="it-IT"/>
        </w:rPr>
        <w:t xml:space="preserve"> </w:t>
      </w:r>
      <w:r w:rsidRPr="00E93C9B">
        <w:rPr>
          <w:sz w:val="17"/>
          <w:lang w:val="it-IT"/>
        </w:rPr>
        <w:t>e che non sono stati assunti impegni economici vincolanti in nome dell'Istituto. Si impegna, dopo l'autorizzazione, a informare le famiglie, raccogliere le autorizzazioni previste e curare gli adempimenti sul Registro elettronico.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5E397B">
        <w:trPr>
          <w:jc w:val="center"/>
        </w:trPr>
        <w:tc>
          <w:tcPr>
            <w:tcW w:w="4535" w:type="dxa"/>
          </w:tcPr>
          <w:p w:rsidR="005E397B" w:rsidRDefault="00000000">
            <w:r>
              <w:rPr>
                <w:sz w:val="19"/>
              </w:rPr>
              <w:t>Roma, __________________</w:t>
            </w:r>
          </w:p>
        </w:tc>
        <w:tc>
          <w:tcPr>
            <w:tcW w:w="4535" w:type="dxa"/>
          </w:tcPr>
          <w:p w:rsidR="005E397B" w:rsidRDefault="00000000">
            <w:pPr>
              <w:jc w:val="right"/>
            </w:pPr>
            <w:r>
              <w:rPr>
                <w:sz w:val="19"/>
              </w:rPr>
              <w:t>Firma ______________________________</w:t>
            </w:r>
          </w:p>
        </w:tc>
      </w:tr>
    </w:tbl>
    <w:p w:rsidR="005E397B" w:rsidRDefault="00000000">
      <w:pPr>
        <w:keepNext/>
        <w:spacing w:before="80" w:after="20"/>
      </w:pPr>
      <w:r>
        <w:rPr>
          <w:b/>
        </w:rPr>
        <w:t>RISERVATO ALLA DIRIGENZA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6286"/>
        <w:gridCol w:w="4564"/>
      </w:tblGrid>
      <w:tr w:rsidR="005E397B">
        <w:trPr>
          <w:jc w:val="center"/>
        </w:trPr>
        <w:tc>
          <w:tcPr>
            <w:tcW w:w="535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:rsidR="005E397B" w:rsidRPr="00E93C9B" w:rsidRDefault="00000000">
            <w:pPr>
              <w:rPr>
                <w:lang w:val="it-IT"/>
              </w:rPr>
            </w:pPr>
            <w:r w:rsidRPr="00E93C9B">
              <w:rPr>
                <w:b/>
                <w:sz w:val="17"/>
                <w:lang w:val="it-IT"/>
              </w:rPr>
              <w:t>[ ] SI AUTORIZZA   [ ] NON SI AUTORIZZA</w:t>
            </w:r>
          </w:p>
        </w:tc>
        <w:tc>
          <w:tcPr>
            <w:tcW w:w="535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:rsidR="005E397B" w:rsidRDefault="00000000">
            <w:r>
              <w:rPr>
                <w:sz w:val="17"/>
              </w:rPr>
              <w:t>Data __________________</w:t>
            </w:r>
          </w:p>
        </w:tc>
      </w:tr>
      <w:tr w:rsidR="005E397B">
        <w:trPr>
          <w:jc w:val="center"/>
        </w:trPr>
        <w:tc>
          <w:tcPr>
            <w:tcW w:w="535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:rsidR="005E397B" w:rsidRDefault="00000000">
            <w:r>
              <w:rPr>
                <w:sz w:val="17"/>
              </w:rPr>
              <w:t>Eventuali prescrizioni: _________________________________________________________________</w:t>
            </w:r>
          </w:p>
        </w:tc>
        <w:tc>
          <w:tcPr>
            <w:tcW w:w="535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:rsidR="005E397B" w:rsidRDefault="00000000">
            <w:r>
              <w:rPr>
                <w:sz w:val="17"/>
              </w:rPr>
              <w:t>IL DIRIGENTE SCOLASTICO</w:t>
            </w:r>
            <w:r>
              <w:rPr>
                <w:sz w:val="17"/>
              </w:rPr>
              <w:br/>
              <w:t>____________________________</w:t>
            </w:r>
          </w:p>
        </w:tc>
      </w:tr>
    </w:tbl>
    <w:p w:rsidR="001D0E89" w:rsidRDefault="001D0E89"/>
    <w:sectPr w:rsidR="001D0E89" w:rsidSect="00034616">
      <w:footerReference w:type="default" r:id="rId9"/>
      <w:pgSz w:w="12240" w:h="15840"/>
      <w:pgMar w:top="652" w:right="765" w:bottom="680" w:left="76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721BB" w:rsidRDefault="00D721BB">
      <w:pPr>
        <w:spacing w:after="0" w:line="240" w:lineRule="auto"/>
      </w:pPr>
      <w:r>
        <w:separator/>
      </w:r>
    </w:p>
  </w:endnote>
  <w:endnote w:type="continuationSeparator" w:id="0">
    <w:p w:rsidR="00D721BB" w:rsidRDefault="00D72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E397B" w:rsidRPr="00E93C9B" w:rsidRDefault="00000000">
    <w:pPr>
      <w:pStyle w:val="Pidipagina"/>
      <w:jc w:val="center"/>
      <w:rPr>
        <w:lang w:val="it-IT"/>
      </w:rPr>
    </w:pPr>
    <w:r w:rsidRPr="00E93C9B">
      <w:rPr>
        <w:sz w:val="16"/>
        <w:lang w:val="it-IT"/>
      </w:rPr>
      <w:t>Liceo Ginnasio Statale "Cornelio Tacito" - a.s.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721BB" w:rsidRDefault="00D721BB">
      <w:pPr>
        <w:spacing w:after="0" w:line="240" w:lineRule="auto"/>
      </w:pPr>
      <w:r>
        <w:separator/>
      </w:r>
    </w:p>
  </w:footnote>
  <w:footnote w:type="continuationSeparator" w:id="0">
    <w:p w:rsidR="00D721BB" w:rsidRDefault="00D721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78447723">
    <w:abstractNumId w:val="8"/>
  </w:num>
  <w:num w:numId="2" w16cid:durableId="785540346">
    <w:abstractNumId w:val="6"/>
  </w:num>
  <w:num w:numId="3" w16cid:durableId="2031299436">
    <w:abstractNumId w:val="5"/>
  </w:num>
  <w:num w:numId="4" w16cid:durableId="1188369898">
    <w:abstractNumId w:val="4"/>
  </w:num>
  <w:num w:numId="5" w16cid:durableId="581331977">
    <w:abstractNumId w:val="7"/>
  </w:num>
  <w:num w:numId="6" w16cid:durableId="385834068">
    <w:abstractNumId w:val="3"/>
  </w:num>
  <w:num w:numId="7" w16cid:durableId="555822824">
    <w:abstractNumId w:val="2"/>
  </w:num>
  <w:num w:numId="8" w16cid:durableId="639918341">
    <w:abstractNumId w:val="1"/>
  </w:num>
  <w:num w:numId="9" w16cid:durableId="1913195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5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0E89"/>
    <w:rsid w:val="0029639D"/>
    <w:rsid w:val="00326F90"/>
    <w:rsid w:val="00586ED6"/>
    <w:rsid w:val="005E397B"/>
    <w:rsid w:val="00AA1D8D"/>
    <w:rsid w:val="00B47730"/>
    <w:rsid w:val="00CB0664"/>
    <w:rsid w:val="00D721BB"/>
    <w:rsid w:val="00E93C9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1324F9"/>
  <w14:defaultImageDpi w14:val="300"/>
  <w15:docId w15:val="{2388FB1A-05B2-2D44-882A-8663D5DE8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60" w:line="247" w:lineRule="auto"/>
    </w:pPr>
    <w:rPr>
      <w:rFonts w:ascii="Arial" w:hAnsi="Arial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3</cp:revision>
  <dcterms:created xsi:type="dcterms:W3CDTF">2013-12-23T23:15:00Z</dcterms:created>
  <dcterms:modified xsi:type="dcterms:W3CDTF">2026-09-25T14:21:00Z</dcterms:modified>
  <cp:category/>
</cp:coreProperties>
</file>